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C2C65" w14:textId="22899B71" w:rsidR="00C21652" w:rsidRDefault="00E86B9A" w:rsidP="009C582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bookmarkStart w:id="0" w:name="_Hlk207795802"/>
      <w:r w:rsidRPr="00E86B9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41D02B0" wp14:editId="14A446BD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7132320" cy="10029824"/>
            <wp:effectExtent l="0" t="0" r="0" b="0"/>
            <wp:wrapThrough wrapText="bothSides">
              <wp:wrapPolygon edited="0">
                <wp:start x="0" y="0"/>
                <wp:lineTo x="0" y="21540"/>
                <wp:lineTo x="21519" y="21540"/>
                <wp:lineTo x="21519" y="0"/>
                <wp:lineTo x="0" y="0"/>
              </wp:wrapPolygon>
            </wp:wrapThrough>
            <wp:docPr id="108545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50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02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D6503" w14:textId="77777777" w:rsidR="00C21652" w:rsidRDefault="00C21652" w:rsidP="00C216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  <w:sectPr w:rsidR="00C21652" w:rsidSect="00E86B9A">
          <w:pgSz w:w="12240" w:h="15840"/>
          <w:pgMar w:top="0" w:right="1418" w:bottom="0" w:left="0" w:header="720" w:footer="720" w:gutter="0"/>
          <w:cols w:space="720"/>
          <w:docGrid w:linePitch="360"/>
        </w:sectPr>
      </w:pPr>
    </w:p>
    <w:p w14:paraId="528DA364" w14:textId="77777777" w:rsidR="00C21652" w:rsidRPr="00C21652" w:rsidRDefault="00C21652" w:rsidP="00C216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Методические рекомендации по проведению урока</w:t>
      </w:r>
    </w:p>
    <w:p w14:paraId="1EC2053A" w14:textId="6167022C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Тема урока: «Роль Великого Шёлкового пути в развитии международных отношений»</w:t>
      </w:r>
    </w:p>
    <w:p w14:paraId="144F4A01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Класс: 6</w:t>
      </w:r>
    </w:p>
    <w:p w14:paraId="40D6CA3A" w14:textId="375FEA6E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Раздел: Казахстан в </w:t>
      </w:r>
      <w:r w:rsidRPr="00B657DA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="0023301D"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начале </w:t>
      </w:r>
      <w:r w:rsidRPr="00B657DA">
        <w:rPr>
          <w:rFonts w:ascii="Times New Roman" w:hAnsi="Times New Roman" w:cs="Times New Roman"/>
          <w:b/>
          <w:bCs/>
          <w:sz w:val="24"/>
          <w:szCs w:val="24"/>
        </w:rPr>
        <w:t>XIII</w:t>
      </w:r>
      <w:r w:rsidRPr="00C2165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веков</w:t>
      </w:r>
    </w:p>
    <w:p w14:paraId="0B18DFF3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b/>
          <w:bCs/>
          <w:sz w:val="24"/>
          <w:szCs w:val="24"/>
          <w:lang w:val="ru-RU"/>
        </w:rPr>
        <w:t>Актуальность</w:t>
      </w:r>
    </w:p>
    <w:p w14:paraId="54542EB0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Современное образование Казахстана активно развивается в направлении цифровизации и внедрения искусственного интеллекта (ИИ). </w:t>
      </w:r>
    </w:p>
    <w:p w14:paraId="3C9005BB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«Цифровая школа» и стратегия «Цифровой Казахстан» направлены на формирование новой педагогики, </w:t>
      </w:r>
    </w:p>
    <w:p w14:paraId="7C38B112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в которой ИИ становится инструментом поддержки креативного, критического и междисциплинарного обучения. </w:t>
      </w:r>
    </w:p>
    <w:p w14:paraId="25EDED16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Представленный урок реализует эти приоритеты через использование ИИ-платформ (</w:t>
      </w:r>
      <w:r w:rsidRPr="00B657DA">
        <w:rPr>
          <w:rFonts w:ascii="Times New Roman" w:hAnsi="Times New Roman" w:cs="Times New Roman"/>
          <w:sz w:val="24"/>
          <w:szCs w:val="24"/>
        </w:rPr>
        <w:t>ChatGPT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HeyGen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Canva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7DA">
        <w:rPr>
          <w:rFonts w:ascii="Times New Roman" w:hAnsi="Times New Roman" w:cs="Times New Roman"/>
          <w:sz w:val="24"/>
          <w:szCs w:val="24"/>
        </w:rPr>
        <w:t>Magic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7DA">
        <w:rPr>
          <w:rFonts w:ascii="Times New Roman" w:hAnsi="Times New Roman" w:cs="Times New Roman"/>
          <w:sz w:val="24"/>
          <w:szCs w:val="24"/>
        </w:rPr>
        <w:t>Write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Quizizz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Padlet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</w:p>
    <w:p w14:paraId="15CC6006" w14:textId="159A31CC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и интеграцию модели 4К</w:t>
      </w:r>
      <w:r w:rsidR="002330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критическое мышление, креативность, коммуникация, кооперация.</w:t>
      </w:r>
    </w:p>
    <w:p w14:paraId="5C8C7B9A" w14:textId="77777777" w:rsidR="00C21652" w:rsidRPr="00C21652" w:rsidRDefault="00C21652" w:rsidP="00C216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b/>
          <w:bCs/>
          <w:sz w:val="24"/>
          <w:szCs w:val="24"/>
          <w:lang w:val="ru-RU"/>
        </w:rPr>
        <w:t>2. Цель и идея урока</w:t>
      </w:r>
    </w:p>
    <w:p w14:paraId="146EB058" w14:textId="3BF8183D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межкультурной грамотности и исторического мышления учащихся через изучение роли Великого Шёлкового пути </w:t>
      </w:r>
    </w:p>
    <w:p w14:paraId="756FDAEF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в развитии международных отношений, используя цифровые технологии и ИИ как средство активного обучения.</w:t>
      </w:r>
    </w:p>
    <w:p w14:paraId="5F2F0127" w14:textId="77777777" w:rsidR="00C21652" w:rsidRPr="00B657DA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3. Методологические подходы</w:t>
      </w:r>
    </w:p>
    <w:p w14:paraId="294C1899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• Компетентностный подход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развитие функциональной грамотности учащихся.</w:t>
      </w:r>
    </w:p>
    <w:p w14:paraId="675880D8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• Концепция 4К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ключевых навыков </w:t>
      </w:r>
      <w:r w:rsidRPr="00B657DA">
        <w:rPr>
          <w:rFonts w:ascii="Times New Roman" w:hAnsi="Times New Roman" w:cs="Times New Roman"/>
          <w:sz w:val="24"/>
          <w:szCs w:val="24"/>
        </w:rPr>
        <w:t>XXI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века.</w:t>
      </w:r>
    </w:p>
    <w:p w14:paraId="4953C173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B657DA">
        <w:rPr>
          <w:rFonts w:ascii="Times New Roman" w:hAnsi="Times New Roman" w:cs="Times New Roman"/>
          <w:sz w:val="24"/>
          <w:szCs w:val="24"/>
        </w:rPr>
        <w:t>AI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-педагогика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использование искусственного интеллекта в качестве партнёра в обучении.</w:t>
      </w:r>
    </w:p>
    <w:p w14:paraId="2D313098" w14:textId="2007BB1D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B657DA">
        <w:rPr>
          <w:rFonts w:ascii="Times New Roman" w:hAnsi="Times New Roman" w:cs="Times New Roman"/>
          <w:sz w:val="24"/>
          <w:szCs w:val="24"/>
        </w:rPr>
        <w:t>STEAM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-подход</w:t>
      </w:r>
      <w:r w:rsidR="002330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интеграция истории, географии, ИКТ и искусства.</w:t>
      </w:r>
    </w:p>
    <w:p w14:paraId="53220C90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• Интерактивное обучение – организация познавательной деятельности через цифровые станции.</w:t>
      </w:r>
    </w:p>
    <w:p w14:paraId="5C48C5E1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DC3335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4. Современные тренды образования Казахстана и реализация в уроке</w:t>
      </w:r>
    </w:p>
    <w:p w14:paraId="10A57CBB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Тренд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Реализация в уроке</w:t>
      </w:r>
    </w:p>
    <w:p w14:paraId="37AECACE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Цифровизация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Использование </w:t>
      </w:r>
      <w:r w:rsidRPr="00B657DA">
        <w:rPr>
          <w:rFonts w:ascii="Times New Roman" w:hAnsi="Times New Roman" w:cs="Times New Roman"/>
          <w:sz w:val="24"/>
          <w:szCs w:val="24"/>
        </w:rPr>
        <w:t>Google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7DA">
        <w:rPr>
          <w:rFonts w:ascii="Times New Roman" w:hAnsi="Times New Roman" w:cs="Times New Roman"/>
          <w:sz w:val="24"/>
          <w:szCs w:val="24"/>
        </w:rPr>
        <w:t>Arts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&amp; </w:t>
      </w:r>
      <w:r w:rsidRPr="00B657DA">
        <w:rPr>
          <w:rFonts w:ascii="Times New Roman" w:hAnsi="Times New Roman" w:cs="Times New Roman"/>
          <w:sz w:val="24"/>
          <w:szCs w:val="24"/>
        </w:rPr>
        <w:t>Culture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Quizizz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Canva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Padlet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7A71581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ИИ-интеграция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657DA">
        <w:rPr>
          <w:rFonts w:ascii="Times New Roman" w:hAnsi="Times New Roman" w:cs="Times New Roman"/>
          <w:sz w:val="24"/>
          <w:szCs w:val="24"/>
        </w:rPr>
        <w:t>ChatGPT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HeyGen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Canva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7DA">
        <w:rPr>
          <w:rFonts w:ascii="Times New Roman" w:hAnsi="Times New Roman" w:cs="Times New Roman"/>
          <w:sz w:val="24"/>
          <w:szCs w:val="24"/>
        </w:rPr>
        <w:t>Magic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7DA">
        <w:rPr>
          <w:rFonts w:ascii="Times New Roman" w:hAnsi="Times New Roman" w:cs="Times New Roman"/>
          <w:sz w:val="24"/>
          <w:szCs w:val="24"/>
        </w:rPr>
        <w:t>Write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Pika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7DA">
        <w:rPr>
          <w:rFonts w:ascii="Times New Roman" w:hAnsi="Times New Roman" w:cs="Times New Roman"/>
          <w:sz w:val="24"/>
          <w:szCs w:val="24"/>
        </w:rPr>
        <w:t>Labs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для анализа и визуализации.</w:t>
      </w:r>
    </w:p>
    <w:p w14:paraId="6FF0D971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Геймификация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Использование викторин, станций и квестовых заданий.</w:t>
      </w:r>
    </w:p>
    <w:p w14:paraId="05D2AD41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Межпредметность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Связь истории с географией, ИКТ и культурологией.</w:t>
      </w:r>
    </w:p>
    <w:p w14:paraId="7E4D4AFC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Педагогика участия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Ученики создают цифровые продукты и исследуют исторические источники.</w:t>
      </w:r>
    </w:p>
    <w:p w14:paraId="7642A479" w14:textId="77777777" w:rsidR="00C21652" w:rsidRPr="00B657DA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5. Этапы урока</w:t>
      </w:r>
    </w:p>
    <w:p w14:paraId="75ACAAC4" w14:textId="48CE868A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1. Ворота каравана</w:t>
      </w:r>
      <w:r w:rsidR="002330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приветствие и видеовступление с использованием </w:t>
      </w:r>
      <w:r w:rsidRPr="00B657DA">
        <w:rPr>
          <w:rFonts w:ascii="Times New Roman" w:hAnsi="Times New Roman" w:cs="Times New Roman"/>
          <w:sz w:val="24"/>
          <w:szCs w:val="24"/>
        </w:rPr>
        <w:t>HeyGen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C20284C" w14:textId="7D21AFCE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2. Городская площадь</w:t>
      </w:r>
      <w:r w:rsidR="002330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работа с текстом, анализ фактов и мнений (</w:t>
      </w:r>
      <w:r w:rsidRPr="00B657DA">
        <w:rPr>
          <w:rFonts w:ascii="Times New Roman" w:hAnsi="Times New Roman" w:cs="Times New Roman"/>
          <w:sz w:val="24"/>
          <w:szCs w:val="24"/>
        </w:rPr>
        <w:t>ChatGPT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Canva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Pr="00B657DA">
        <w:rPr>
          <w:rFonts w:ascii="Times New Roman" w:hAnsi="Times New Roman" w:cs="Times New Roman"/>
          <w:sz w:val="24"/>
          <w:szCs w:val="24"/>
        </w:rPr>
        <w:t>D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78B6D8A0" w14:textId="583F8EDC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3. Торговая площадь </w:t>
      </w:r>
      <w:r w:rsidR="002330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ролевая игра и решение барьеров коммуникации (</w:t>
      </w:r>
      <w:r w:rsidRPr="00B657DA">
        <w:rPr>
          <w:rFonts w:ascii="Times New Roman" w:hAnsi="Times New Roman" w:cs="Times New Roman"/>
          <w:sz w:val="24"/>
          <w:szCs w:val="24"/>
        </w:rPr>
        <w:t>Quizizz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19A17D6B" w14:textId="7CB3DDA5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4. Картограф </w:t>
      </w:r>
      <w:r w:rsidR="002330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создание карты маршрутов ВШП (</w:t>
      </w:r>
      <w:r w:rsidRPr="00B657DA">
        <w:rPr>
          <w:rFonts w:ascii="Times New Roman" w:hAnsi="Times New Roman" w:cs="Times New Roman"/>
          <w:sz w:val="24"/>
          <w:szCs w:val="24"/>
        </w:rPr>
        <w:t>Google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7DA">
        <w:rPr>
          <w:rFonts w:ascii="Times New Roman" w:hAnsi="Times New Roman" w:cs="Times New Roman"/>
          <w:sz w:val="24"/>
          <w:szCs w:val="24"/>
        </w:rPr>
        <w:t>Maps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Canva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63553F1F" w14:textId="05A892EB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5. Знак времени</w:t>
      </w:r>
      <w:r w:rsidR="002330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создание символа «Нового Шёлкового пути» (</w:t>
      </w:r>
      <w:r w:rsidRPr="00B657DA">
        <w:rPr>
          <w:rFonts w:ascii="Times New Roman" w:hAnsi="Times New Roman" w:cs="Times New Roman"/>
          <w:sz w:val="24"/>
          <w:szCs w:val="24"/>
        </w:rPr>
        <w:t>Canva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Padlet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2EEB4417" w14:textId="56F484DB" w:rsid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6. Итог</w:t>
      </w:r>
      <w:r w:rsidR="002330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эссе и видео-рефлексия (</w:t>
      </w:r>
      <w:r w:rsidRPr="00B657DA">
        <w:rPr>
          <w:rFonts w:ascii="Times New Roman" w:hAnsi="Times New Roman" w:cs="Times New Roman"/>
          <w:sz w:val="24"/>
          <w:szCs w:val="24"/>
        </w:rPr>
        <w:t>ChatGPT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657DA">
        <w:rPr>
          <w:rFonts w:ascii="Times New Roman" w:hAnsi="Times New Roman" w:cs="Times New Roman"/>
          <w:sz w:val="24"/>
          <w:szCs w:val="24"/>
        </w:rPr>
        <w:t>Pika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7DA">
        <w:rPr>
          <w:rFonts w:ascii="Times New Roman" w:hAnsi="Times New Roman" w:cs="Times New Roman"/>
          <w:sz w:val="24"/>
          <w:szCs w:val="24"/>
        </w:rPr>
        <w:t>Labs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12A0024C" w14:textId="77777777" w:rsid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9B3312" w14:textId="039244C1" w:rsidR="00C21652" w:rsidRPr="00C21652" w:rsidRDefault="00C21652" w:rsidP="00C216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b/>
          <w:bCs/>
          <w:sz w:val="24"/>
          <w:szCs w:val="24"/>
          <w:lang w:val="ru-RU"/>
        </w:rPr>
        <w:t>6. Методические акценты</w:t>
      </w:r>
    </w:p>
    <w:p w14:paraId="11031242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• ИИ-инструменты используются для генерации идей, визуализации и обратной связи.</w:t>
      </w:r>
    </w:p>
    <w:p w14:paraId="3DE023DA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• Формируется цифровая компетентность через работу с </w:t>
      </w:r>
      <w:r w:rsidRPr="00B657DA">
        <w:rPr>
          <w:rFonts w:ascii="Times New Roman" w:hAnsi="Times New Roman" w:cs="Times New Roman"/>
          <w:sz w:val="24"/>
          <w:szCs w:val="24"/>
        </w:rPr>
        <w:t>QR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>-кодами, онлайн-платформами.</w:t>
      </w:r>
    </w:p>
    <w:p w14:paraId="65DAB174" w14:textId="5CE0478E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• Развиваются метанавыки: критическое мышление, креативность, коллаборация.</w:t>
      </w:r>
    </w:p>
    <w:p w14:paraId="11D6895C" w14:textId="77777777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b/>
          <w:bCs/>
          <w:sz w:val="24"/>
          <w:szCs w:val="24"/>
          <w:lang w:val="ru-RU"/>
        </w:rPr>
        <w:t>7. Критерии оценивания</w:t>
      </w:r>
    </w:p>
    <w:p w14:paraId="7C0C7A66" w14:textId="77777777" w:rsidR="00C21652" w:rsidRPr="00C21652" w:rsidRDefault="00C21652" w:rsidP="0023301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Критическое мышление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Отличает факт от мнения, формулирует ≥2 вопроса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2</w:t>
      </w:r>
    </w:p>
    <w:p w14:paraId="05C091AC" w14:textId="77777777" w:rsidR="00C21652" w:rsidRPr="00C21652" w:rsidRDefault="00C21652" w:rsidP="0023301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Коммуникация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Аргументирует позицию, участвует в обсуждении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2</w:t>
      </w:r>
    </w:p>
    <w:p w14:paraId="47A11547" w14:textId="77777777" w:rsidR="00C21652" w:rsidRPr="00C21652" w:rsidRDefault="00C21652" w:rsidP="0023301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Кооперация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Работает в группе, выполняет роль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2</w:t>
      </w:r>
    </w:p>
    <w:p w14:paraId="09BA1B90" w14:textId="77777777" w:rsidR="00C21652" w:rsidRPr="00C21652" w:rsidRDefault="00C21652" w:rsidP="0023301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Креативность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Создаёт оригинальный символ, карту, эссе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2</w:t>
      </w:r>
    </w:p>
    <w:p w14:paraId="43C023D3" w14:textId="77777777" w:rsidR="00C21652" w:rsidRPr="00C21652" w:rsidRDefault="00C21652" w:rsidP="0023301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Цифровая грамотность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Использует ИИ и цифровые сервисы корректно</w:t>
      </w:r>
      <w:r w:rsidRPr="00C21652">
        <w:rPr>
          <w:rFonts w:ascii="Times New Roman" w:hAnsi="Times New Roman" w:cs="Times New Roman"/>
          <w:sz w:val="24"/>
          <w:szCs w:val="24"/>
          <w:lang w:val="ru-RU"/>
        </w:rPr>
        <w:tab/>
        <w:t>2</w:t>
      </w:r>
    </w:p>
    <w:p w14:paraId="2B6BAD33" w14:textId="77777777" w:rsid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8 Ожидаемый результат. </w:t>
      </w:r>
    </w:p>
    <w:p w14:paraId="3F0B8C73" w14:textId="1C5CB3D5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 Усвоение знаний о роли Великого Шёлкового пути в истории Казахстана. </w:t>
      </w:r>
    </w:p>
    <w:p w14:paraId="391800D4" w14:textId="77A87A71" w:rsidR="00C21652" w:rsidRP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Развитие цифровой компетентности и навыков проектной деятельности. </w:t>
      </w:r>
    </w:p>
    <w:p w14:paraId="2B819CC6" w14:textId="7F90AE67" w:rsid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межкультурной грамотности и гражданской позиции. </w:t>
      </w:r>
    </w:p>
    <w:p w14:paraId="7638CB33" w14:textId="76535369" w:rsidR="00C21652" w:rsidRDefault="00C21652" w:rsidP="00C2165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C21652" w:rsidSect="00C21652">
          <w:pgSz w:w="12240" w:h="15840"/>
          <w:pgMar w:top="1418" w:right="1418" w:bottom="851" w:left="1418" w:header="720" w:footer="720" w:gutter="0"/>
          <w:cols w:space="720"/>
          <w:docGrid w:linePitch="360"/>
        </w:sectPr>
      </w:pPr>
      <w:r w:rsidRPr="00C21652">
        <w:rPr>
          <w:rFonts w:ascii="Times New Roman" w:hAnsi="Times New Roman" w:cs="Times New Roman"/>
          <w:sz w:val="24"/>
          <w:szCs w:val="24"/>
          <w:lang w:val="ru-RU"/>
        </w:rPr>
        <w:t>Повышение мотивации к изучению истории через ИИ и креативные формы обучения.</w:t>
      </w:r>
    </w:p>
    <w:p w14:paraId="6E807ECE" w14:textId="77777777" w:rsidR="00C21652" w:rsidRDefault="00C21652" w:rsidP="009C582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3318579C" w14:textId="0C4FDA90" w:rsidR="00685D54" w:rsidRPr="009C582E" w:rsidRDefault="00685D54" w:rsidP="009C582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C58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Краткосрочный план урока истории Казахстана </w:t>
      </w:r>
    </w:p>
    <w:tbl>
      <w:tblPr>
        <w:tblW w:w="139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9"/>
        <w:gridCol w:w="722"/>
        <w:gridCol w:w="6767"/>
        <w:gridCol w:w="2663"/>
      </w:tblGrid>
      <w:tr w:rsidR="00685D54" w:rsidRPr="0023301D" w14:paraId="31AAFCA7" w14:textId="77777777" w:rsidTr="00685D54">
        <w:trPr>
          <w:trHeight w:val="300"/>
        </w:trPr>
        <w:tc>
          <w:tcPr>
            <w:tcW w:w="4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5BCEF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Раздел</w:t>
            </w:r>
          </w:p>
        </w:tc>
        <w:tc>
          <w:tcPr>
            <w:tcW w:w="9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FEAE" w14:textId="77777777" w:rsidR="000F3C1A" w:rsidRPr="009C582E" w:rsidRDefault="000F3C1A" w:rsidP="009C582E">
            <w:pPr>
              <w:kinsoku w:val="0"/>
              <w:overflowPunct w:val="0"/>
              <w:spacing w:after="0" w:line="240" w:lineRule="auto"/>
              <w:rPr>
                <w:rFonts w:ascii="Times New Roman" w:eastAsia="MS Minngs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eastAsia="MS Minngs" w:hAnsi="Times New Roman" w:cs="Times New Roman"/>
                <w:sz w:val="28"/>
                <w:szCs w:val="28"/>
                <w:lang w:val="ru-RU"/>
              </w:rPr>
              <w:t xml:space="preserve">Казахстан в </w:t>
            </w:r>
            <w:r w:rsidRPr="009C582E">
              <w:rPr>
                <w:rFonts w:ascii="Times New Roman" w:eastAsia="MS Minngs" w:hAnsi="Times New Roman" w:cs="Times New Roman"/>
                <w:sz w:val="28"/>
                <w:szCs w:val="28"/>
              </w:rPr>
              <w:t>X</w:t>
            </w:r>
            <w:r w:rsidRPr="009C582E">
              <w:rPr>
                <w:rFonts w:ascii="Times New Roman" w:eastAsia="MS Minngs" w:hAnsi="Times New Roman" w:cs="Times New Roman"/>
                <w:sz w:val="28"/>
                <w:szCs w:val="28"/>
                <w:lang w:val="ru-RU"/>
              </w:rPr>
              <w:t xml:space="preserve"> - начале </w:t>
            </w:r>
            <w:r w:rsidRPr="009C582E">
              <w:rPr>
                <w:rFonts w:ascii="Times New Roman" w:eastAsia="MS Minngs" w:hAnsi="Times New Roman" w:cs="Times New Roman"/>
                <w:sz w:val="28"/>
                <w:szCs w:val="28"/>
              </w:rPr>
              <w:t>X</w:t>
            </w:r>
            <w:r w:rsidRPr="009C582E">
              <w:rPr>
                <w:rFonts w:ascii="Times New Roman" w:eastAsia="MS Minngs" w:hAnsi="Times New Roman" w:cs="Times New Roman"/>
                <w:sz w:val="28"/>
                <w:szCs w:val="28"/>
                <w:lang w:val="ru-RU"/>
              </w:rPr>
              <w:t xml:space="preserve">ІІІ веков </w:t>
            </w:r>
          </w:p>
          <w:p w14:paraId="09703B98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85D54" w:rsidRPr="009C582E" w14:paraId="0D381F61" w14:textId="77777777" w:rsidTr="00685D54">
        <w:trPr>
          <w:trHeight w:val="300"/>
        </w:trPr>
        <w:tc>
          <w:tcPr>
            <w:tcW w:w="4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629F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ФИО педагога</w:t>
            </w:r>
          </w:p>
        </w:tc>
        <w:tc>
          <w:tcPr>
            <w:tcW w:w="9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19F8" w14:textId="77777777" w:rsidR="00685D54" w:rsidRPr="009D794F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9D794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Байгенжина У.М.</w:t>
            </w:r>
          </w:p>
        </w:tc>
      </w:tr>
      <w:tr w:rsidR="00685D54" w:rsidRPr="009C582E" w14:paraId="486061B5" w14:textId="77777777" w:rsidTr="00685D54">
        <w:trPr>
          <w:trHeight w:val="585"/>
        </w:trPr>
        <w:tc>
          <w:tcPr>
            <w:tcW w:w="4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88F60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Дата:</w:t>
            </w:r>
          </w:p>
        </w:tc>
        <w:tc>
          <w:tcPr>
            <w:tcW w:w="9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261F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85D54" w:rsidRPr="009C582E" w14:paraId="3B98B1CE" w14:textId="77777777" w:rsidTr="00685D54">
        <w:trPr>
          <w:trHeight w:val="295"/>
        </w:trPr>
        <w:tc>
          <w:tcPr>
            <w:tcW w:w="4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2CB4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Класс: </w:t>
            </w:r>
            <w:r w:rsidR="000F3C1A"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6 </w:t>
            </w: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C7F6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Количество присутствующих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008A7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Количество отсутствующих</w:t>
            </w:r>
          </w:p>
        </w:tc>
      </w:tr>
      <w:tr w:rsidR="00685D54" w:rsidRPr="0023301D" w14:paraId="69A325C4" w14:textId="77777777" w:rsidTr="00685D54">
        <w:tc>
          <w:tcPr>
            <w:tcW w:w="4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FC15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урока:</w:t>
            </w:r>
          </w:p>
        </w:tc>
        <w:tc>
          <w:tcPr>
            <w:tcW w:w="9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A014" w14:textId="77777777" w:rsidR="000F3C1A" w:rsidRPr="009C582E" w:rsidRDefault="000F3C1A" w:rsidP="009C582E">
            <w:pPr>
              <w:tabs>
                <w:tab w:val="left" w:pos="426"/>
              </w:tabs>
              <w:kinsoku w:val="0"/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Роль Великого Шелкового пути в   развитии международных отношений</w:t>
            </w:r>
          </w:p>
          <w:p w14:paraId="50A1C8DA" w14:textId="77777777" w:rsidR="00685D54" w:rsidRPr="009C582E" w:rsidRDefault="000F3C1A" w:rsidP="009C582E">
            <w:pPr>
              <w:tabs>
                <w:tab w:val="left" w:pos="426"/>
              </w:tabs>
              <w:kinsoku w:val="0"/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Исследовательский вопрос: Повлиял ли Великий Шелковый путь на развитие международных отношений?</w:t>
            </w:r>
          </w:p>
        </w:tc>
      </w:tr>
      <w:tr w:rsidR="00685D54" w:rsidRPr="0023301D" w14:paraId="00591742" w14:textId="77777777" w:rsidTr="00685D54"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CB07D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Цели обучения в соответствии с учебной программой </w:t>
            </w:r>
          </w:p>
        </w:tc>
        <w:tc>
          <w:tcPr>
            <w:tcW w:w="10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6E8C" w14:textId="77777777" w:rsidR="00685D54" w:rsidRPr="009C582E" w:rsidRDefault="000F3C1A" w:rsidP="009C582E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6.4.2.2 определять роль Великого Шелкового пути в развитии международных отношений</w:t>
            </w:r>
          </w:p>
          <w:p w14:paraId="2C0CC11C" w14:textId="77777777" w:rsidR="00685D54" w:rsidRPr="009C582E" w:rsidRDefault="00685D54" w:rsidP="009C582E">
            <w:pPr>
              <w:widowControl w:val="0"/>
              <w:tabs>
                <w:tab w:val="left" w:pos="662"/>
              </w:tabs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85D54" w:rsidRPr="0023301D" w14:paraId="11BF83DE" w14:textId="77777777" w:rsidTr="00685D54"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E869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Цели урока</w:t>
            </w:r>
          </w:p>
        </w:tc>
        <w:tc>
          <w:tcPr>
            <w:tcW w:w="10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EF26" w14:textId="77777777" w:rsidR="000F3C1A" w:rsidRPr="009D794F" w:rsidRDefault="000F3C1A" w:rsidP="009D79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D79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Формировать межкультурную грамотность через развитие 4К-навыков на примере истории Великого Шёлкового пути, используя современные технологии для интерактивного  взаимодействия.</w:t>
            </w:r>
          </w:p>
          <w:p w14:paraId="63C82EFD" w14:textId="77777777" w:rsidR="00685D54" w:rsidRPr="009C582E" w:rsidRDefault="00685D54" w:rsidP="009C582E">
            <w:pPr>
              <w:widowControl w:val="0"/>
              <w:tabs>
                <w:tab w:val="left" w:pos="662"/>
              </w:tabs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85D54" w:rsidRPr="0023301D" w14:paraId="115652BC" w14:textId="77777777" w:rsidTr="00685D54"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A959" w14:textId="77777777" w:rsidR="00685D54" w:rsidRPr="009C582E" w:rsidRDefault="00685D54" w:rsidP="009C58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Языковая цель</w:t>
            </w:r>
          </w:p>
        </w:tc>
        <w:tc>
          <w:tcPr>
            <w:tcW w:w="10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A308" w14:textId="77777777" w:rsidR="00685D54" w:rsidRPr="009C582E" w:rsidRDefault="00685D54" w:rsidP="009C582E">
            <w:pPr>
              <w:widowControl w:val="0"/>
              <w:tabs>
                <w:tab w:val="left" w:pos="662"/>
              </w:tabs>
              <w:spacing w:after="0" w:line="211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 навыков устного изложения  с использованием предметных понятий и терминов</w:t>
            </w:r>
            <w:r w:rsidR="000F3C1A" w:rsidRPr="009C58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37B0AE32" w14:textId="77777777" w:rsidR="000F3C1A" w:rsidRPr="009C582E" w:rsidRDefault="000F3C1A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1422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6"/>
        <w:gridCol w:w="4644"/>
        <w:gridCol w:w="3483"/>
        <w:gridCol w:w="2177"/>
        <w:gridCol w:w="2612"/>
      </w:tblGrid>
      <w:tr w:rsidR="00625488" w:rsidRPr="009C582E" w14:paraId="58BB5F51" w14:textId="77777777" w:rsidTr="003B6480">
        <w:trPr>
          <w:trHeight w:val="593"/>
        </w:trPr>
        <w:tc>
          <w:tcPr>
            <w:tcW w:w="1306" w:type="dxa"/>
          </w:tcPr>
          <w:p w14:paraId="10177AF9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4644" w:type="dxa"/>
          </w:tcPr>
          <w:p w14:paraId="6FD56EE2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83" w:type="dxa"/>
          </w:tcPr>
          <w:p w14:paraId="6A0BB86E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2177" w:type="dxa"/>
          </w:tcPr>
          <w:p w14:paraId="5EAF3631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Оценивание </w:t>
            </w:r>
          </w:p>
          <w:p w14:paraId="02BED4AA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Критерии/дескрипторы</w:t>
            </w:r>
          </w:p>
        </w:tc>
        <w:tc>
          <w:tcPr>
            <w:tcW w:w="2612" w:type="dxa"/>
          </w:tcPr>
          <w:p w14:paraId="6DF12F95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625488" w:rsidRPr="009C582E" w14:paraId="5DA61D8E" w14:textId="77777777" w:rsidTr="003B6480">
        <w:trPr>
          <w:trHeight w:val="148"/>
        </w:trPr>
        <w:tc>
          <w:tcPr>
            <w:tcW w:w="1306" w:type="dxa"/>
          </w:tcPr>
          <w:p w14:paraId="27447E78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Оргмомент</w:t>
            </w:r>
          </w:p>
        </w:tc>
        <w:tc>
          <w:tcPr>
            <w:tcW w:w="4644" w:type="dxa"/>
          </w:tcPr>
          <w:p w14:paraId="09B4857C" w14:textId="77777777" w:rsidR="00625488" w:rsidRPr="009C582E" w:rsidRDefault="00625488" w:rsidP="009C582E">
            <w:pPr>
              <w:pStyle w:val="aff8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9C582E">
              <w:rPr>
                <w:sz w:val="28"/>
                <w:szCs w:val="28"/>
              </w:rPr>
              <w:t xml:space="preserve">Приветствует класс.  Объясняет: </w:t>
            </w:r>
            <w:r w:rsidRPr="009C582E">
              <w:rPr>
                <w:rStyle w:val="af7"/>
                <w:sz w:val="28"/>
                <w:szCs w:val="28"/>
              </w:rPr>
              <w:t>«Сегодня мы — караван, который отправляется в путешествие по Великому Шёлковому пути. Каждый из вас станет частью одного города, из которого выдвигается караван».</w:t>
            </w:r>
            <w:r w:rsidR="007B0A57" w:rsidRPr="009C582E">
              <w:rPr>
                <w:rStyle w:val="af7"/>
                <w:sz w:val="28"/>
                <w:szCs w:val="28"/>
                <w:lang w:val="ru-RU"/>
              </w:rPr>
              <w:t>Наша задача не только узнать о деятельности ВШП, но и понять почему ВШП назвали мостом торговли и дружбы народов» Какие првила сотрудничества на ВШП, мы могли бы взять в сое время?</w:t>
            </w:r>
          </w:p>
          <w:p w14:paraId="6D7188E3" w14:textId="77777777" w:rsidR="00625488" w:rsidRPr="009C582E" w:rsidRDefault="00625488" w:rsidP="009D794F">
            <w:pPr>
              <w:pStyle w:val="aff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483" w:type="dxa"/>
          </w:tcPr>
          <w:p w14:paraId="379D5810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Объединяются в группы, распределяют роли.</w:t>
            </w:r>
          </w:p>
        </w:tc>
        <w:tc>
          <w:tcPr>
            <w:tcW w:w="2177" w:type="dxa"/>
          </w:tcPr>
          <w:p w14:paraId="2A48315C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Следуя, инструкции объединяются в группы.</w:t>
            </w:r>
          </w:p>
        </w:tc>
        <w:tc>
          <w:tcPr>
            <w:tcW w:w="2612" w:type="dxa"/>
          </w:tcPr>
          <w:p w14:paraId="2E9A5E34" w14:textId="77777777" w:rsidR="0009735B" w:rsidRPr="009C582E" w:rsidRDefault="00632DB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3BB2AA39" wp14:editId="50391B15">
                  <wp:extent cx="1176655" cy="2030095"/>
                  <wp:effectExtent l="0" t="0" r="4445" b="8255"/>
                  <wp:docPr id="3723616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1CCB2D" w14:textId="77777777" w:rsidR="00632DB8" w:rsidRDefault="00632DB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Видеообращение сгенерировано с помощью </w:t>
            </w:r>
          </w:p>
          <w:p w14:paraId="32AB78D5" w14:textId="77777777" w:rsidR="00632DB8" w:rsidRDefault="00632DB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ИИ сервиса: </w:t>
            </w:r>
            <w:hyperlink r:id="rId8" w:history="1">
              <w:r w:rsidRPr="00AF30E9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https://app.heygen.com/</w:t>
              </w:r>
            </w:hyperlink>
          </w:p>
          <w:p w14:paraId="7747440A" w14:textId="77777777" w:rsidR="00632DB8" w:rsidRDefault="00632DB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40A2A79" w14:textId="77777777" w:rsidR="0009735B" w:rsidRPr="009C582E" w:rsidRDefault="0009735B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Онлайн доска Канва </w:t>
            </w:r>
          </w:p>
          <w:p w14:paraId="150C1ABC" w14:textId="77777777" w:rsidR="0009735B" w:rsidRDefault="0009735B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C6A494F" w14:textId="77777777" w:rsidR="009D794F" w:rsidRDefault="009D794F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9" w:history="1">
              <w:r w:rsidRPr="00A00808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https://www.canva.com/design/DAGx5f725d0/KG08jcNatoQZwS-51_G-tQ/edit?utm_content=DAGx5f725d0&amp;utm_campaign=designshare&amp;utm_medium=link2&amp;utm_source=sharebutton</w:t>
              </w:r>
            </w:hyperlink>
          </w:p>
          <w:p w14:paraId="648B1937" w14:textId="77777777" w:rsidR="009D794F" w:rsidRPr="009C582E" w:rsidRDefault="009D794F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75331B1" w14:textId="77777777" w:rsidR="007B0A57" w:rsidRPr="009C582E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39D0CE52" wp14:editId="1A87E387">
                  <wp:extent cx="1759013" cy="1028700"/>
                  <wp:effectExtent l="0" t="0" r="0" b="0"/>
                  <wp:docPr id="20246304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304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18" cy="103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488" w:rsidRPr="009C582E" w14:paraId="4BACD21E" w14:textId="77777777" w:rsidTr="003B6480">
        <w:trPr>
          <w:trHeight w:val="1873"/>
        </w:trPr>
        <w:tc>
          <w:tcPr>
            <w:tcW w:w="1306" w:type="dxa"/>
          </w:tcPr>
          <w:p w14:paraId="48C8AAA6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Ворота каравана (ввод)</w:t>
            </w:r>
          </w:p>
        </w:tc>
        <w:tc>
          <w:tcPr>
            <w:tcW w:w="4644" w:type="dxa"/>
          </w:tcPr>
          <w:p w14:paraId="554788E1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Проводит виртуальную экскурсию </w:t>
            </w:r>
            <w:r w:rsidRPr="009C582E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Google</w:t>
            </w:r>
            <w:r w:rsidRPr="009C582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9C582E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Arts</w:t>
            </w:r>
            <w:r w:rsidRPr="009C582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&amp; </w:t>
            </w:r>
            <w:r w:rsidRPr="009C582E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Culture</w:t>
            </w:r>
            <w:r w:rsidRPr="009C582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зачитывает поэтическое приглашение, задаёт вопрос: «Что объединяет объекты?»</w:t>
            </w:r>
          </w:p>
        </w:tc>
        <w:tc>
          <w:tcPr>
            <w:tcW w:w="3483" w:type="dxa"/>
          </w:tcPr>
          <w:p w14:paraId="345B1321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Смотрят экспонаты, обсуждают, формулируют предположительный  ответ на вопрос «Почему ВШП называют мостом между культурами  и народами»?</w:t>
            </w:r>
          </w:p>
        </w:tc>
        <w:tc>
          <w:tcPr>
            <w:tcW w:w="2177" w:type="dxa"/>
          </w:tcPr>
          <w:p w14:paraId="24F9A857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Высказывает версии.</w:t>
            </w:r>
          </w:p>
        </w:tc>
        <w:tc>
          <w:tcPr>
            <w:tcW w:w="2612" w:type="dxa"/>
          </w:tcPr>
          <w:p w14:paraId="18BBD2CC" w14:textId="77777777" w:rsidR="0009735B" w:rsidRPr="009C582E" w:rsidRDefault="0009735B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Онлайн</w:t>
            </w: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доска</w:t>
            </w: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Канва</w:t>
            </w: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89290A2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Google Arts &amp; Culture</w:t>
            </w:r>
          </w:p>
          <w:p w14:paraId="29C37D5B" w14:textId="77777777" w:rsidR="00625488" w:rsidRPr="009C582E" w:rsidRDefault="009D794F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6A306D4F" wp14:editId="5EDE638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101600</wp:posOffset>
                  </wp:positionV>
                  <wp:extent cx="701040" cy="724535"/>
                  <wp:effectExtent l="0" t="0" r="3810" b="0"/>
                  <wp:wrapThrough wrapText="bothSides">
                    <wp:wrapPolygon edited="0">
                      <wp:start x="0" y="0"/>
                      <wp:lineTo x="0" y="21013"/>
                      <wp:lineTo x="21130" y="21013"/>
                      <wp:lineTo x="21130" y="0"/>
                      <wp:lineTo x="0" y="0"/>
                    </wp:wrapPolygon>
                  </wp:wrapThrough>
                  <wp:docPr id="1362658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6586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5488" w:rsidRPr="009C582E" w14:paraId="003D4928" w14:textId="77777777" w:rsidTr="003B6480">
        <w:trPr>
          <w:trHeight w:val="148"/>
        </w:trPr>
        <w:tc>
          <w:tcPr>
            <w:tcW w:w="1306" w:type="dxa"/>
          </w:tcPr>
          <w:p w14:paraId="40059C5E" w14:textId="77777777" w:rsidR="0009735B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Станция 1.</w:t>
            </w:r>
            <w:r w:rsidR="0009735B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Городская площадь 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324CA953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  <w:lang w:val="ru-RU"/>
              </w:rPr>
              <w:t>Критическое мышление</w:t>
            </w:r>
          </w:p>
        </w:tc>
        <w:tc>
          <w:tcPr>
            <w:tcW w:w="4644" w:type="dxa"/>
          </w:tcPr>
          <w:p w14:paraId="4208B390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Найдите в тексте утверждения-факты и отделите их от мнений/оценок.</w:t>
            </w:r>
          </w:p>
          <w:p w14:paraId="62DD700E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Сформулируйте к тексту 2 критических вопроса («Почему это было важно?», «Какие могли быть последствия?»).</w:t>
            </w:r>
          </w:p>
          <w:p w14:paraId="6420B3A2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Найдите возможное противоречие или слабое место в тексте.</w:t>
            </w:r>
          </w:p>
          <w:p w14:paraId="559832EE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Сделайте мини-вывод: какой урок для межкультурных отношений можно вынести из этого текста?</w:t>
            </w:r>
          </w:p>
        </w:tc>
        <w:tc>
          <w:tcPr>
            <w:tcW w:w="3483" w:type="dxa"/>
          </w:tcPr>
          <w:p w14:paraId="4AE6AF93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color w:val="EE0000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  <w:lang w:val="ru-RU"/>
              </w:rPr>
              <w:t>Деятельность учеников:</w:t>
            </w:r>
          </w:p>
          <w:p w14:paraId="0EEA6F73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Читают текст, работают в группе.</w:t>
            </w:r>
          </w:p>
          <w:p w14:paraId="52C24879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Делят информацию на «факт / мнение».</w:t>
            </w:r>
          </w:p>
          <w:p w14:paraId="02631E8E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Задают вопросы и ищут противоречия.</w:t>
            </w:r>
          </w:p>
          <w:p w14:paraId="2F97E3D6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Формулируют вывод для обсуждения.</w:t>
            </w:r>
          </w:p>
        </w:tc>
        <w:tc>
          <w:tcPr>
            <w:tcW w:w="2177" w:type="dxa"/>
          </w:tcPr>
          <w:p w14:paraId="710C4FB3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  <w:lang w:val="ru-RU"/>
              </w:rPr>
              <w:t>Критерии:</w:t>
            </w:r>
          </w:p>
          <w:p w14:paraId="005A7766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Отличает факт от мнения.</w:t>
            </w:r>
          </w:p>
          <w:p w14:paraId="29A330CA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Формулирует ≥2 критических вопроса.</w:t>
            </w:r>
          </w:p>
          <w:p w14:paraId="749379B7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Находит противоречие/недостаток текста.</w:t>
            </w:r>
          </w:p>
          <w:p w14:paraId="58B162E1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82B4641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12" w:type="dxa"/>
          </w:tcPr>
          <w:p w14:paraId="1F32F066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b/>
                <w:bCs/>
                <w:color w:val="EE0000"/>
                <w:sz w:val="28"/>
                <w:szCs w:val="28"/>
                <w:lang w:val="ru-RU"/>
              </w:rPr>
              <w:t xml:space="preserve">Листы с текстами </w:t>
            </w:r>
          </w:p>
        </w:tc>
      </w:tr>
      <w:tr w:rsidR="00625488" w:rsidRPr="009C582E" w14:paraId="45B85C09" w14:textId="77777777" w:rsidTr="003B6480">
        <w:trPr>
          <w:trHeight w:val="148"/>
        </w:trPr>
        <w:tc>
          <w:tcPr>
            <w:tcW w:w="1306" w:type="dxa"/>
          </w:tcPr>
          <w:p w14:paraId="4A2C3DAD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Мини-квиз 1</w:t>
            </w:r>
          </w:p>
        </w:tc>
        <w:tc>
          <w:tcPr>
            <w:tcW w:w="4644" w:type="dxa"/>
          </w:tcPr>
          <w:p w14:paraId="1E46EDE4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Запускает </w:t>
            </w: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Quizizz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(2 вопроса), комментирует ответы.</w:t>
            </w:r>
          </w:p>
        </w:tc>
        <w:tc>
          <w:tcPr>
            <w:tcW w:w="3483" w:type="dxa"/>
          </w:tcPr>
          <w:p w14:paraId="2221161A" w14:textId="77777777" w:rsidR="00625488" w:rsidRPr="009D794F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D79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Отвечают</w:t>
            </w:r>
            <w:r w:rsidR="009D79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вопросы, фиксируют кол-во правильных ответов. </w:t>
            </w:r>
          </w:p>
        </w:tc>
        <w:tc>
          <w:tcPr>
            <w:tcW w:w="2177" w:type="dxa"/>
          </w:tcPr>
          <w:p w14:paraId="6A59A7DA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color w:val="EE0000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  <w:lang w:val="ru-RU"/>
              </w:rPr>
              <w:t>Фиксируются баллы.</w:t>
            </w:r>
          </w:p>
          <w:p w14:paraId="0C89502F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Дескрипторы: 2 правильных ответа 1 б. </w:t>
            </w:r>
          </w:p>
        </w:tc>
        <w:tc>
          <w:tcPr>
            <w:tcW w:w="2612" w:type="dxa"/>
          </w:tcPr>
          <w:p w14:paraId="0AD5C377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</w:rPr>
              <w:t>Quizizz</w:t>
            </w:r>
          </w:p>
        </w:tc>
      </w:tr>
      <w:tr w:rsidR="00625488" w:rsidRPr="009C582E" w14:paraId="1D335F9A" w14:textId="77777777" w:rsidTr="003B6480">
        <w:trPr>
          <w:trHeight w:val="148"/>
        </w:trPr>
        <w:tc>
          <w:tcPr>
            <w:tcW w:w="1306" w:type="dxa"/>
          </w:tcPr>
          <w:p w14:paraId="4CAF9AC3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 xml:space="preserve">Станция 2. </w:t>
            </w:r>
            <w:r w:rsidR="0009735B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Торговая площадь </w:t>
            </w: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</w:rPr>
              <w:t>Коммуникация</w:t>
            </w:r>
          </w:p>
        </w:tc>
        <w:tc>
          <w:tcPr>
            <w:tcW w:w="4644" w:type="dxa"/>
          </w:tcPr>
          <w:p w14:paraId="07D10E59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  <w:lang w:val="ru-RU"/>
              </w:rPr>
              <w:t xml:space="preserve">Раздаёт карточки ролей и барьеров, ведёт игру 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«Послы каравана».</w:t>
            </w:r>
          </w:p>
          <w:p w14:paraId="7A202832" w14:textId="77777777" w:rsidR="00D25588" w:rsidRPr="009C582E" w:rsidRDefault="00D25588" w:rsidP="009C582E">
            <w:pPr>
              <w:pStyle w:val="aff8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9C582E">
              <w:rPr>
                <w:sz w:val="28"/>
                <w:szCs w:val="28"/>
              </w:rPr>
              <w:t xml:space="preserve">  Ученикам раздаются карточки </w:t>
            </w:r>
            <w:r w:rsidRPr="009C582E">
              <w:rPr>
                <w:rStyle w:val="af6"/>
                <w:sz w:val="28"/>
                <w:szCs w:val="28"/>
              </w:rPr>
              <w:t>ролей</w:t>
            </w:r>
            <w:r w:rsidRPr="009C582E">
              <w:rPr>
                <w:sz w:val="28"/>
                <w:szCs w:val="28"/>
              </w:rPr>
              <w:t xml:space="preserve"> (</w:t>
            </w:r>
          </w:p>
          <w:p w14:paraId="3EB30B63" w14:textId="77777777" w:rsidR="00D25588" w:rsidRPr="009C582E" w:rsidRDefault="00D25588" w:rsidP="009C582E">
            <w:pPr>
              <w:pStyle w:val="aff8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9C582E">
              <w:rPr>
                <w:sz w:val="28"/>
                <w:szCs w:val="28"/>
              </w:rPr>
              <w:t>куп</w:t>
            </w:r>
            <w:r w:rsidRPr="009C582E">
              <w:rPr>
                <w:sz w:val="28"/>
                <w:szCs w:val="28"/>
                <w:lang w:val="ru-RU"/>
              </w:rPr>
              <w:t>цы</w:t>
            </w:r>
            <w:r w:rsidRPr="009C582E">
              <w:rPr>
                <w:sz w:val="28"/>
                <w:szCs w:val="28"/>
              </w:rPr>
              <w:t>, охранник</w:t>
            </w:r>
            <w:r w:rsidRPr="009C582E">
              <w:rPr>
                <w:sz w:val="28"/>
                <w:szCs w:val="28"/>
                <w:lang w:val="ru-RU"/>
              </w:rPr>
              <w:t>и</w:t>
            </w:r>
            <w:r w:rsidRPr="009C582E">
              <w:rPr>
                <w:sz w:val="28"/>
                <w:szCs w:val="28"/>
              </w:rPr>
              <w:t xml:space="preserve">, проводник, дипломат, лекарь) и карточки </w:t>
            </w:r>
            <w:r w:rsidRPr="009C582E">
              <w:rPr>
                <w:rStyle w:val="af6"/>
                <w:sz w:val="28"/>
                <w:szCs w:val="28"/>
              </w:rPr>
              <w:t>барьеров</w:t>
            </w:r>
            <w:r w:rsidRPr="009C582E">
              <w:rPr>
                <w:sz w:val="28"/>
                <w:szCs w:val="28"/>
              </w:rPr>
              <w:t xml:space="preserve"> (налёт разбойников, болезнь, нехватка воды, языковой барьер в чужом городе, торговый спор).</w:t>
            </w:r>
          </w:p>
          <w:p w14:paraId="75C8AD4D" w14:textId="77777777" w:rsidR="00D25588" w:rsidRPr="009C582E" w:rsidRDefault="00D25588" w:rsidP="009C582E">
            <w:pPr>
              <w:pStyle w:val="aff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483" w:type="dxa"/>
          </w:tcPr>
          <w:p w14:paraId="2EAD6918" w14:textId="77777777" w:rsidR="00D25588" w:rsidRPr="009C582E" w:rsidRDefault="00625488" w:rsidP="009C582E">
            <w:pPr>
              <w:pStyle w:val="aff8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9C582E">
              <w:rPr>
                <w:sz w:val="28"/>
                <w:szCs w:val="28"/>
                <w:lang w:val="ru-RU"/>
              </w:rPr>
              <w:t>Играют роли, договариваются, обсуждают трудности и решения.</w:t>
            </w:r>
            <w:r w:rsidR="00D25588" w:rsidRPr="009C582E">
              <w:rPr>
                <w:sz w:val="28"/>
                <w:szCs w:val="28"/>
              </w:rPr>
              <w:t xml:space="preserve"> </w:t>
            </w:r>
          </w:p>
          <w:p w14:paraId="4DA59CF4" w14:textId="77777777" w:rsidR="00D25588" w:rsidRPr="009C582E" w:rsidRDefault="00D25588" w:rsidP="009C582E">
            <w:pPr>
              <w:pStyle w:val="aff8"/>
              <w:spacing w:before="0" w:beforeAutospacing="0" w:after="0" w:afterAutospacing="0"/>
              <w:rPr>
                <w:sz w:val="28"/>
                <w:szCs w:val="28"/>
              </w:rPr>
            </w:pPr>
            <w:r w:rsidRPr="009C582E">
              <w:rPr>
                <w:sz w:val="28"/>
                <w:szCs w:val="28"/>
              </w:rPr>
              <w:t>Внутри группы ученики обсуждают:</w:t>
            </w:r>
          </w:p>
          <w:p w14:paraId="6583114F" w14:textId="77777777" w:rsidR="00D25588" w:rsidRPr="009C582E" w:rsidRDefault="00D25588" w:rsidP="009C582E">
            <w:pPr>
              <w:pStyle w:val="aff8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9C582E">
              <w:rPr>
                <w:i/>
                <w:iCs/>
                <w:sz w:val="28"/>
                <w:szCs w:val="28"/>
              </w:rPr>
              <w:t>какие трудности встретились на пути;</w:t>
            </w:r>
          </w:p>
          <w:p w14:paraId="703BE747" w14:textId="77777777" w:rsidR="00D25588" w:rsidRPr="009C582E" w:rsidRDefault="00D25588" w:rsidP="009C582E">
            <w:pPr>
              <w:pStyle w:val="aff8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9C582E">
              <w:rPr>
                <w:i/>
                <w:iCs/>
                <w:sz w:val="28"/>
                <w:szCs w:val="28"/>
              </w:rPr>
              <w:t>какие решения можно принять с учётом своей роли.</w:t>
            </w:r>
          </w:p>
          <w:p w14:paraId="452477FE" w14:textId="77777777" w:rsidR="00D25588" w:rsidRPr="009C582E" w:rsidRDefault="00D25588" w:rsidP="009C58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Один из участников играет роль </w:t>
            </w:r>
            <w:r w:rsidRPr="009C582E">
              <w:rPr>
                <w:rStyle w:val="af6"/>
                <w:rFonts w:ascii="Times New Roman" w:hAnsi="Times New Roman" w:cs="Times New Roman"/>
                <w:sz w:val="28"/>
                <w:szCs w:val="28"/>
                <w:lang w:val="ru-RU"/>
              </w:rPr>
              <w:t>посла каравана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он выходит к другой группе (или к «торговой площади» — общему кругу), </w:t>
            </w:r>
            <w:r w:rsidRPr="009C58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рассказывает от лица каравана о возникшей проблеме и решении.</w:t>
            </w:r>
          </w:p>
          <w:p w14:paraId="231C2604" w14:textId="77777777" w:rsidR="009D794F" w:rsidRPr="009D794F" w:rsidRDefault="00D25588" w:rsidP="009C582E">
            <w:pPr>
              <w:spacing w:after="0" w:line="240" w:lineRule="auto"/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177" w:type="dxa"/>
          </w:tcPr>
          <w:p w14:paraId="09EB19A9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Называет барьер и решение.</w:t>
            </w:r>
          </w:p>
        </w:tc>
        <w:tc>
          <w:tcPr>
            <w:tcW w:w="2612" w:type="dxa"/>
          </w:tcPr>
          <w:p w14:paraId="1B441055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ролей, </w:t>
            </w:r>
            <w:r w:rsidR="003C7F06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задания </w:t>
            </w:r>
          </w:p>
        </w:tc>
      </w:tr>
      <w:tr w:rsidR="00625488" w:rsidRPr="009C582E" w14:paraId="150936CF" w14:textId="77777777" w:rsidTr="003B6480">
        <w:trPr>
          <w:trHeight w:val="148"/>
        </w:trPr>
        <w:tc>
          <w:tcPr>
            <w:tcW w:w="1306" w:type="dxa"/>
          </w:tcPr>
          <w:p w14:paraId="56E75ECD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Мини-квиз 2</w:t>
            </w:r>
          </w:p>
        </w:tc>
        <w:tc>
          <w:tcPr>
            <w:tcW w:w="4644" w:type="dxa"/>
          </w:tcPr>
          <w:p w14:paraId="052CBFBC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Проводит Quizizz (2 вопроса).</w:t>
            </w:r>
          </w:p>
        </w:tc>
        <w:tc>
          <w:tcPr>
            <w:tcW w:w="3483" w:type="dxa"/>
          </w:tcPr>
          <w:p w14:paraId="20C439EF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</w:tc>
        <w:tc>
          <w:tcPr>
            <w:tcW w:w="2177" w:type="dxa"/>
          </w:tcPr>
          <w:p w14:paraId="22EF46DD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Фиксируются баллы.</w:t>
            </w:r>
          </w:p>
          <w:p w14:paraId="507E593C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Дескрипторы: 2 правильных ответа 1 б.</w:t>
            </w:r>
          </w:p>
        </w:tc>
        <w:tc>
          <w:tcPr>
            <w:tcW w:w="2612" w:type="dxa"/>
          </w:tcPr>
          <w:p w14:paraId="1A32418B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</w:rPr>
              <w:t>Quizizz</w:t>
            </w:r>
          </w:p>
        </w:tc>
      </w:tr>
      <w:tr w:rsidR="00625488" w:rsidRPr="0023301D" w14:paraId="66E1BB21" w14:textId="77777777" w:rsidTr="003B6480">
        <w:trPr>
          <w:trHeight w:val="148"/>
        </w:trPr>
        <w:tc>
          <w:tcPr>
            <w:tcW w:w="1306" w:type="dxa"/>
          </w:tcPr>
          <w:p w14:paraId="1D88575A" w14:textId="77777777" w:rsidR="00D255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 xml:space="preserve">Станция 3. </w:t>
            </w:r>
            <w:r w:rsidR="00D25588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Картограф</w:t>
            </w:r>
          </w:p>
          <w:p w14:paraId="128BDB5C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</w:rPr>
              <w:t>Кооперация</w:t>
            </w:r>
          </w:p>
        </w:tc>
        <w:tc>
          <w:tcPr>
            <w:tcW w:w="4644" w:type="dxa"/>
          </w:tcPr>
          <w:p w14:paraId="1A6B0CB9" w14:textId="77777777" w:rsidR="000E1407" w:rsidRPr="009C582E" w:rsidRDefault="000E140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Учитель предлагает ученикам посмотреть видео о маршрутах ВШП  и далее попробовать себя в качестве картографа </w:t>
            </w:r>
          </w:p>
          <w:p w14:paraId="17D3E6CF" w14:textId="77777777" w:rsidR="00625488" w:rsidRPr="009C582E" w:rsidRDefault="00D255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Каждая группа получает задание </w:t>
            </w:r>
            <w:r w:rsidR="000E1407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объяснить «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свой маршрут» и какие города и страны встречаются по этому маршруту</w:t>
            </w:r>
          </w:p>
        </w:tc>
        <w:tc>
          <w:tcPr>
            <w:tcW w:w="3483" w:type="dxa"/>
          </w:tcPr>
          <w:p w14:paraId="374A3F42" w14:textId="77777777" w:rsidR="00625488" w:rsidRPr="009C582E" w:rsidRDefault="000E140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Изучают карту ВШП. </w:t>
            </w:r>
            <w:r w:rsidR="00625488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Добавляют  маршруты на карту, обсуждают ос</w:t>
            </w:r>
            <w:r w:rsidR="00D041E8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625488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бенности маршрута Презентуют</w:t>
            </w:r>
            <w:r w:rsidR="00D041E8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2177" w:type="dxa"/>
          </w:tcPr>
          <w:p w14:paraId="36699953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Называет ≥2 города, объясняет роль караван-сарая.</w:t>
            </w:r>
          </w:p>
        </w:tc>
        <w:tc>
          <w:tcPr>
            <w:tcW w:w="2612" w:type="dxa"/>
          </w:tcPr>
          <w:p w14:paraId="0C2BD089" w14:textId="77777777" w:rsidR="00625488" w:rsidRPr="009C582E" w:rsidRDefault="00D255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Интерактивная карта </w:t>
            </w:r>
          </w:p>
          <w:p w14:paraId="07EBC0E9" w14:textId="77777777" w:rsidR="00D25588" w:rsidRPr="009C582E" w:rsidRDefault="00D255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2" w:history="1"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https://bestmaps.ru/map/google/hybrid/5/31.173/92.928</w:t>
              </w:r>
            </w:hyperlink>
          </w:p>
          <w:p w14:paraId="7A545367" w14:textId="77777777" w:rsidR="00D25588" w:rsidRPr="009C582E" w:rsidRDefault="00D255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0108F6E" w14:textId="77777777" w:rsidR="000E1407" w:rsidRPr="009C582E" w:rsidRDefault="000E140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3" w:history="1"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://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/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?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=</w:t>
              </w:r>
              <w:r w:rsidRPr="009C582E">
                <w:rPr>
                  <w:rStyle w:val="aff9"/>
                  <w:rFonts w:ascii="Times New Roman" w:hAnsi="Times New Roman" w:cs="Times New Roman"/>
                  <w:sz w:val="28"/>
                  <w:szCs w:val="28"/>
                </w:rPr>
                <w:t>kMsAiNqarBs</w:t>
              </w:r>
            </w:hyperlink>
          </w:p>
          <w:p w14:paraId="665B2FEC" w14:textId="77777777" w:rsidR="000E1407" w:rsidRPr="009C582E" w:rsidRDefault="000E140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34A5D14" w14:textId="77777777" w:rsidR="00D25588" w:rsidRPr="009C582E" w:rsidRDefault="00D255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25488" w:rsidRPr="009C582E" w14:paraId="410D424E" w14:textId="77777777" w:rsidTr="003B6480">
        <w:trPr>
          <w:trHeight w:val="1652"/>
        </w:trPr>
        <w:tc>
          <w:tcPr>
            <w:tcW w:w="1306" w:type="dxa"/>
          </w:tcPr>
          <w:p w14:paraId="7CD4CC48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Мини-квиз 3</w:t>
            </w:r>
          </w:p>
        </w:tc>
        <w:tc>
          <w:tcPr>
            <w:tcW w:w="4644" w:type="dxa"/>
          </w:tcPr>
          <w:p w14:paraId="0AADEA8F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Запускает Quizizz (3 вопроса).</w:t>
            </w:r>
          </w:p>
        </w:tc>
        <w:tc>
          <w:tcPr>
            <w:tcW w:w="3483" w:type="dxa"/>
          </w:tcPr>
          <w:p w14:paraId="4D0C21ED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r w:rsidR="003C7F06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на вопросы квиза</w:t>
            </w:r>
          </w:p>
        </w:tc>
        <w:tc>
          <w:tcPr>
            <w:tcW w:w="2177" w:type="dxa"/>
          </w:tcPr>
          <w:p w14:paraId="657E60DB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Фиксируются баллы.</w:t>
            </w:r>
          </w:p>
          <w:p w14:paraId="3C5690A5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Дескрипторы: 2 правильных ответа 1 б</w:t>
            </w:r>
          </w:p>
        </w:tc>
        <w:tc>
          <w:tcPr>
            <w:tcW w:w="2612" w:type="dxa"/>
          </w:tcPr>
          <w:p w14:paraId="5FF7D0AC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Quizizz</w:t>
            </w:r>
          </w:p>
        </w:tc>
      </w:tr>
      <w:tr w:rsidR="00625488" w:rsidRPr="009C582E" w14:paraId="3120E74E" w14:textId="77777777" w:rsidTr="003B6480">
        <w:trPr>
          <w:trHeight w:val="1652"/>
        </w:trPr>
        <w:tc>
          <w:tcPr>
            <w:tcW w:w="1306" w:type="dxa"/>
          </w:tcPr>
          <w:p w14:paraId="34B592C9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 xml:space="preserve">Станция 4. </w:t>
            </w:r>
            <w:r w:rsidR="007B0A57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Знак времени </w:t>
            </w: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</w:rPr>
              <w:t>Креативность</w:t>
            </w:r>
          </w:p>
        </w:tc>
        <w:tc>
          <w:tcPr>
            <w:tcW w:w="4644" w:type="dxa"/>
          </w:tcPr>
          <w:p w14:paraId="34CD0ACD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Задаёт задание: создать символ/слоган «Нового Шёлкового пути».</w:t>
            </w:r>
          </w:p>
          <w:p w14:paraId="392435E3" w14:textId="594FF052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Учитель фотографирует слоганы и прик</w:t>
            </w:r>
            <w:r w:rsidR="007F1A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реп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доску 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en-HK"/>
              </w:rPr>
              <w:t>Padlet</w:t>
            </w:r>
            <w:r w:rsidR="007B0A57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483" w:type="dxa"/>
          </w:tcPr>
          <w:p w14:paraId="3D341005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Создают символ, аргументируют, прикрепляют.</w:t>
            </w:r>
          </w:p>
          <w:p w14:paraId="11575F65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Обсуждение итогов работы </w:t>
            </w:r>
            <w:r w:rsidR="007B0A57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доске </w:t>
            </w:r>
            <w:r w:rsidR="007B0A57" w:rsidRPr="009C582E">
              <w:rPr>
                <w:rFonts w:ascii="Times New Roman" w:hAnsi="Times New Roman" w:cs="Times New Roman"/>
                <w:sz w:val="28"/>
                <w:szCs w:val="28"/>
                <w:lang w:val="en-HK"/>
              </w:rPr>
              <w:t>Padlet</w:t>
            </w:r>
          </w:p>
        </w:tc>
        <w:tc>
          <w:tcPr>
            <w:tcW w:w="2177" w:type="dxa"/>
          </w:tcPr>
          <w:p w14:paraId="5FF3556B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Создаёт символ и аргументирует связь прошлого и настоящего.</w:t>
            </w:r>
          </w:p>
        </w:tc>
        <w:tc>
          <w:tcPr>
            <w:tcW w:w="2612" w:type="dxa"/>
          </w:tcPr>
          <w:p w14:paraId="1520DEC3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Бумага, маркеры</w:t>
            </w:r>
            <w:r w:rsidR="007B0A57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90EA01B" w14:textId="77777777" w:rsidR="007B0A57" w:rsidRPr="009C582E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Доска 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en-HK"/>
              </w:rPr>
              <w:t>Padlet</w:t>
            </w:r>
          </w:p>
        </w:tc>
      </w:tr>
      <w:tr w:rsidR="00625488" w:rsidRPr="009C582E" w14:paraId="3B974C2B" w14:textId="77777777" w:rsidTr="003B6480">
        <w:trPr>
          <w:trHeight w:val="1652"/>
        </w:trPr>
        <w:tc>
          <w:tcPr>
            <w:tcW w:w="1306" w:type="dxa"/>
          </w:tcPr>
          <w:p w14:paraId="5656575A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Мини-квиз 4</w:t>
            </w:r>
          </w:p>
        </w:tc>
        <w:tc>
          <w:tcPr>
            <w:tcW w:w="4644" w:type="dxa"/>
          </w:tcPr>
          <w:p w14:paraId="4962047E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Проводит Quizizz (3 вопроса).</w:t>
            </w:r>
          </w:p>
        </w:tc>
        <w:tc>
          <w:tcPr>
            <w:tcW w:w="3483" w:type="dxa"/>
          </w:tcPr>
          <w:p w14:paraId="505325B9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</w:tc>
        <w:tc>
          <w:tcPr>
            <w:tcW w:w="2177" w:type="dxa"/>
          </w:tcPr>
          <w:p w14:paraId="20DAFCC8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Фиксируются баллы.</w:t>
            </w:r>
          </w:p>
          <w:p w14:paraId="0C203E94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Дескрипторы: 3 правильных ответа 2 б</w:t>
            </w:r>
          </w:p>
        </w:tc>
        <w:tc>
          <w:tcPr>
            <w:tcW w:w="2612" w:type="dxa"/>
          </w:tcPr>
          <w:p w14:paraId="4C0D76E7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Quizizz</w:t>
            </w:r>
          </w:p>
        </w:tc>
      </w:tr>
      <w:tr w:rsidR="007B0A57" w:rsidRPr="009C582E" w14:paraId="38927D50" w14:textId="77777777" w:rsidTr="003B6480">
        <w:trPr>
          <w:trHeight w:val="2986"/>
        </w:trPr>
        <w:tc>
          <w:tcPr>
            <w:tcW w:w="1306" w:type="dxa"/>
          </w:tcPr>
          <w:p w14:paraId="3651D5B4" w14:textId="77777777" w:rsidR="007B0A57" w:rsidRPr="009C582E" w:rsidRDefault="000E140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Закрепление </w:t>
            </w:r>
          </w:p>
        </w:tc>
        <w:tc>
          <w:tcPr>
            <w:tcW w:w="4644" w:type="dxa"/>
          </w:tcPr>
          <w:p w14:paraId="7C802A30" w14:textId="77777777" w:rsidR="007B0A57" w:rsidRPr="009C582E" w:rsidRDefault="003C7F06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Предлагает</w:t>
            </w:r>
            <w:r w:rsidR="000E1407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ученикам пройти итоговый тест </w:t>
            </w:r>
          </w:p>
        </w:tc>
        <w:tc>
          <w:tcPr>
            <w:tcW w:w="3483" w:type="dxa"/>
          </w:tcPr>
          <w:p w14:paraId="5BDF5E6F" w14:textId="77777777" w:rsidR="007B0A57" w:rsidRPr="009C582E" w:rsidRDefault="000E140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Решают тестовые задания</w:t>
            </w:r>
          </w:p>
        </w:tc>
        <w:tc>
          <w:tcPr>
            <w:tcW w:w="2177" w:type="dxa"/>
          </w:tcPr>
          <w:p w14:paraId="2336B0DA" w14:textId="77777777" w:rsidR="007B0A57" w:rsidRPr="009C582E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Итоговый тест урока-5 Дескрипторы: каждый правильный ответ -1 б. вопросов.</w:t>
            </w:r>
          </w:p>
          <w:p w14:paraId="042B5D96" w14:textId="77777777" w:rsidR="007B0A57" w:rsidRPr="009C582E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EB1F46C" w14:textId="77777777" w:rsidR="007B0A57" w:rsidRPr="009C582E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12" w:type="dxa"/>
          </w:tcPr>
          <w:p w14:paraId="5BFA9E29" w14:textId="77777777" w:rsidR="007B0A57" w:rsidRPr="009C582E" w:rsidRDefault="003C7F06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Quizizz</w:t>
            </w:r>
          </w:p>
        </w:tc>
      </w:tr>
      <w:tr w:rsidR="00625488" w:rsidRPr="003B6480" w14:paraId="681B2068" w14:textId="77777777" w:rsidTr="003B6480">
        <w:trPr>
          <w:trHeight w:val="1983"/>
        </w:trPr>
        <w:tc>
          <w:tcPr>
            <w:tcW w:w="1306" w:type="dxa"/>
          </w:tcPr>
          <w:p w14:paraId="66DE278C" w14:textId="77777777" w:rsidR="00625488" w:rsidRPr="009C582E" w:rsidRDefault="00625488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  <w:r w:rsidRPr="009C582E">
              <w:rPr>
                <w:rFonts w:ascii="Times New Roman" w:hAnsi="Times New Roman" w:cs="Times New Roman"/>
                <w:color w:val="EE0000"/>
                <w:sz w:val="28"/>
                <w:szCs w:val="28"/>
              </w:rPr>
              <w:t>. Караван прибыл</w:t>
            </w:r>
          </w:p>
        </w:tc>
        <w:tc>
          <w:tcPr>
            <w:tcW w:w="4644" w:type="dxa"/>
          </w:tcPr>
          <w:p w14:paraId="229C79B5" w14:textId="77777777" w:rsidR="00F059B3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Коллективное мини-эссе. </w:t>
            </w:r>
          </w:p>
          <w:p w14:paraId="73A01C9E" w14:textId="4F5B0CD8" w:rsidR="007B0A57" w:rsidRPr="009C582E" w:rsidRDefault="00F059B3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Рефлексия. </w:t>
            </w:r>
            <w:r w:rsidR="007B0A57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Чему нас научило путешествие по ВШП? Чего достиг наш караван? </w:t>
            </w:r>
          </w:p>
          <w:p w14:paraId="6076D5C7" w14:textId="77777777" w:rsidR="003B6480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Итоговая работа на онлайн доске канва</w:t>
            </w:r>
            <w:r w:rsidR="003B64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 ИИ Интерактив </w:t>
            </w:r>
          </w:p>
          <w:p w14:paraId="49F42136" w14:textId="77777777" w:rsidR="007B0A57" w:rsidRPr="009C582E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483" w:type="dxa"/>
          </w:tcPr>
          <w:p w14:paraId="35AB005D" w14:textId="77777777" w:rsidR="00625488" w:rsidRPr="009C582E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Обсуждают итоги урока, записывают эссе из 4-5 пред</w:t>
            </w:r>
            <w:r w:rsidR="003C7F06"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ложений </w:t>
            </w: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177" w:type="dxa"/>
          </w:tcPr>
          <w:p w14:paraId="7C39D143" w14:textId="77777777" w:rsidR="00625488" w:rsidRPr="009C582E" w:rsidRDefault="007B0A57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58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Критерий: анализ итогов урока</w:t>
            </w:r>
          </w:p>
        </w:tc>
        <w:tc>
          <w:tcPr>
            <w:tcW w:w="2612" w:type="dxa"/>
          </w:tcPr>
          <w:p w14:paraId="511E039B" w14:textId="77777777" w:rsidR="00625488" w:rsidRDefault="003B6480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4" w:history="1">
              <w:r w:rsidRPr="00AF30E9">
                <w:rPr>
                  <w:rStyle w:val="aff9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https://www.canva.com/design/DAG3YjE6zec/DPP6OJGmxTUWQtcE_KW4uA/edit?utm_content=DAG3YjE6zec&amp;utm_campaign=designshare&amp;utm_medium=link2&amp;utm_source=sharebutton</w:t>
              </w:r>
            </w:hyperlink>
          </w:p>
          <w:p w14:paraId="077D2C5A" w14:textId="77777777" w:rsidR="003B6480" w:rsidRPr="009C582E" w:rsidRDefault="003B6480" w:rsidP="009C58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6480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149D77EE" wp14:editId="780EB448">
                  <wp:extent cx="1482725" cy="970280"/>
                  <wp:effectExtent l="0" t="0" r="3175" b="1270"/>
                  <wp:docPr id="3075433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4334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3B719F5" w14:textId="77777777" w:rsidR="00F506AE" w:rsidRPr="009C582E" w:rsidRDefault="00F506AE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26BC696" w14:textId="77777777" w:rsidR="00F506AE" w:rsidRPr="008A48AE" w:rsidRDefault="00000000" w:rsidP="009C582E">
      <w:pPr>
        <w:pStyle w:val="aa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Hlk207795968"/>
      <w:r w:rsidRPr="008A48AE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1. Банк вопросов </w:t>
      </w:r>
      <w:r w:rsidRPr="009C582E">
        <w:rPr>
          <w:rFonts w:ascii="Times New Roman" w:hAnsi="Times New Roman" w:cs="Times New Roman"/>
          <w:sz w:val="28"/>
          <w:szCs w:val="28"/>
        </w:rPr>
        <w:t>Quizizz</w:t>
      </w:r>
    </w:p>
    <w:p w14:paraId="0BAE48A1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1. Что иногда было ценнее товара на ВШП? (Ответ: знания и идеи)</w:t>
      </w:r>
    </w:p>
    <w:p w14:paraId="3824FDB0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2. Какие религии распространялись по Шёлковому пути? (Ответ: буддизм, ислам, христианство)</w:t>
      </w:r>
    </w:p>
    <w:p w14:paraId="7E25216D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3. Главный барьер коммуникации на ВШП? (Ответ: языковые различия)</w:t>
      </w:r>
    </w:p>
    <w:p w14:paraId="7180404A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4. Кто помогал в общении разных народов? (Ответ: переводчики, посредники)</w:t>
      </w:r>
    </w:p>
    <w:p w14:paraId="602F5416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5. Города РК на ВШП: (Ответ: Тараз, Отрар, Туркестан)</w:t>
      </w:r>
    </w:p>
    <w:p w14:paraId="12B9BDEA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6. Караван-сарай — это… (Ответ: постоялый двор для купцов)</w:t>
      </w:r>
    </w:p>
    <w:p w14:paraId="7AB77F63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7. Почему кооперация была важна? (Ответ: безопасность, обмен знаниями, торговля)</w:t>
      </w:r>
    </w:p>
    <w:p w14:paraId="6C9F00CF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8. «Новый Шёлковый путь» сегодня — это… (Ответ: современные проекты сотрудничества и торговли)</w:t>
      </w:r>
    </w:p>
    <w:p w14:paraId="2AEEEB2E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9. Что из прошлого ВШП полезно сегодня? (Ответ: правила, доверие, перевод, обмен знаниями)</w:t>
      </w:r>
    </w:p>
    <w:p w14:paraId="2AC0FF6E" w14:textId="77777777" w:rsidR="00F506AE" w:rsidRPr="009C582E" w:rsidRDefault="00000000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10. Какой навык 4К чаще всего включался в переговорах? (Ответ: коммуникация)</w:t>
      </w:r>
    </w:p>
    <w:p w14:paraId="4913EFE2" w14:textId="77777777" w:rsidR="00413374" w:rsidRPr="009C582E" w:rsidRDefault="003C7F06" w:rsidP="009C58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Приложение 2. Тексты. Станция «Городская площадь»</w:t>
      </w:r>
    </w:p>
    <w:p w14:paraId="1CE69189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Группа 1. Торговля</w:t>
      </w:r>
    </w:p>
    <w:p w14:paraId="546A05D7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Великий Шёлковый путь обеспечивал обмен товарами между Востоком и Западом. Караваны перевозили шёлк, специи, фарфор, драгоценности. Считается, что торговля укрепляла связи между государствами. Однако высокие налоги и опасности в пути могли снижать выгоду купцов. Некоторые историки считают, что не товары, а знания имели решающее значение. Какой фактор был важнее – материальные богатства или идеи?</w:t>
      </w:r>
    </w:p>
    <w:p w14:paraId="026EF77B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Задания для группы:</w:t>
      </w:r>
    </w:p>
    <w:p w14:paraId="7618CC26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1. Найдите в тексте утверждения-факты и отделите их от мнений.</w:t>
      </w:r>
    </w:p>
    <w:p w14:paraId="305CBCED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2. Сформулируйте 2 критических вопроса по тексту.</w:t>
      </w:r>
    </w:p>
    <w:p w14:paraId="70C8A8E3" w14:textId="77777777" w:rsidR="00413374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3. Определите возможное противоречие или слабое место.</w:t>
      </w:r>
    </w:p>
    <w:p w14:paraId="5D03EFAB" w14:textId="77777777" w:rsidR="0035793A" w:rsidRPr="009C38BF" w:rsidRDefault="0035793A" w:rsidP="009C582E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8"/>
          <w:szCs w:val="28"/>
          <w:lang w:val="ru-RU"/>
        </w:rPr>
      </w:pP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 xml:space="preserve">4. Сгенерируете 3д  модель любого товара в приложении </w:t>
      </w:r>
      <w:r w:rsidRPr="009C38BF">
        <w:rPr>
          <w:rFonts w:ascii="Times New Roman" w:hAnsi="Times New Roman" w:cs="Times New Roman"/>
          <w:color w:val="EE0000"/>
          <w:sz w:val="28"/>
          <w:szCs w:val="28"/>
        </w:rPr>
        <w:t>CANVA</w:t>
      </w: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 xml:space="preserve">, закрепите результат на онлайн доску </w:t>
      </w:r>
    </w:p>
    <w:p w14:paraId="7B0E5FD7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Группа 2. Культура</w:t>
      </w:r>
    </w:p>
    <w:p w14:paraId="717FAA72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Через Шёлковый путь распространялись песни, сказания, художественные приёмы. Например, орнаменты кочевников попадали в города, а городское искусство – в степь. Некоторые считают, что это обогащало культуры. Другие отмечают, что могла происходить утрата местных традиций. Такое культурное взаимодействие было неоднозначным. Возникает вопрос: приносило ли оно больше пользы или угрозу самобытности?</w:t>
      </w:r>
    </w:p>
    <w:p w14:paraId="49BAD49E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Задания для группы:</w:t>
      </w:r>
    </w:p>
    <w:p w14:paraId="1F7B9F52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1. Найдите в тексте утверждения-факты и отделите их от мнений.</w:t>
      </w:r>
    </w:p>
    <w:p w14:paraId="649BD22C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2. Сформулируйте 2 критических вопроса по тексту.</w:t>
      </w:r>
    </w:p>
    <w:p w14:paraId="48DAC377" w14:textId="77777777" w:rsidR="00413374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3. Определите возможное противоречие или слабое место.</w:t>
      </w:r>
    </w:p>
    <w:p w14:paraId="0B899223" w14:textId="77777777" w:rsidR="0035793A" w:rsidRPr="009C38BF" w:rsidRDefault="0035793A" w:rsidP="0035793A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8"/>
          <w:szCs w:val="28"/>
          <w:lang w:val="ru-RU"/>
        </w:rPr>
      </w:pP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>4. Сгенерируйте творческое произведение на тему ВШП (</w:t>
      </w:r>
      <w:r w:rsidRPr="009C38BF">
        <w:rPr>
          <w:rFonts w:ascii="Times New Roman" w:hAnsi="Times New Roman" w:cs="Times New Roman"/>
          <w:color w:val="EE0000"/>
          <w:sz w:val="28"/>
          <w:szCs w:val="28"/>
          <w:lang w:val="en-HK"/>
        </w:rPr>
        <w:t>SUNO</w:t>
      </w: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 xml:space="preserve">, </w:t>
      </w:r>
      <w:r w:rsidRPr="009C38BF">
        <w:rPr>
          <w:rFonts w:ascii="Times New Roman" w:hAnsi="Times New Roman" w:cs="Times New Roman"/>
          <w:color w:val="EE0000"/>
          <w:sz w:val="28"/>
          <w:szCs w:val="28"/>
          <w:lang w:val="en-HK"/>
        </w:rPr>
        <w:t>GPT</w:t>
      </w: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 xml:space="preserve"> ), закрепите результат на онлайн доску </w:t>
      </w:r>
    </w:p>
    <w:p w14:paraId="37B7FD64" w14:textId="77777777" w:rsidR="0035793A" w:rsidRPr="009C582E" w:rsidRDefault="0035793A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80B368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6F5A98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Группа 3. Наука</w:t>
      </w:r>
    </w:p>
    <w:p w14:paraId="06F373CE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По караванным дорогам распространялись знания: медицина, математика, астрономия. Учёные переводили труды на разные языки. Благодаря этому города становились центрами науки. Однако не все открытия признавались сразу – иногда им противостояли религиозные догмы. Некоторые идеи забывались на века. Может ли наука без свободного обмена знаниями развиваться?</w:t>
      </w:r>
    </w:p>
    <w:p w14:paraId="44AE5F9B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Задания для группы:</w:t>
      </w:r>
    </w:p>
    <w:p w14:paraId="709698DE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1. Найдите в тексте утверждения-факты и отделите их от мнений.</w:t>
      </w:r>
    </w:p>
    <w:p w14:paraId="5C737B80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2. Сформулируйте 2 критических вопроса по тексту.</w:t>
      </w:r>
    </w:p>
    <w:p w14:paraId="5555CB45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3. Определите возможное противоречие или слабое место.</w:t>
      </w:r>
    </w:p>
    <w:p w14:paraId="5763F3E0" w14:textId="77777777" w:rsidR="0035793A" w:rsidRPr="009C38BF" w:rsidRDefault="00413374" w:rsidP="0035793A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8"/>
          <w:szCs w:val="28"/>
          <w:lang w:val="ru-RU"/>
        </w:rPr>
      </w:pP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 xml:space="preserve">4. </w:t>
      </w:r>
      <w:r w:rsidR="0035793A"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 xml:space="preserve">Сгенерируйте средневекового ученого, закрепите результат на онлайн доску </w:t>
      </w:r>
    </w:p>
    <w:p w14:paraId="308FC21A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161E3D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92C5E0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Группа 4. Города</w:t>
      </w:r>
    </w:p>
    <w:p w14:paraId="3EBE19A9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Тараз, Отрар, Самарканд стали важными центрами торговли. Здесь строились рынки, караван-сараи, школы. Города богатели за счёт торговли. Однако богатство привлекало завоевателей, и города часто разрушались. Их роль в истории неоднозначна: процветание сменялось упадком. Почему одни города смогли возродиться, а другие исчезли?</w:t>
      </w:r>
    </w:p>
    <w:p w14:paraId="1DEB48D4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Задания для группы:</w:t>
      </w:r>
    </w:p>
    <w:p w14:paraId="6655BE16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1. Найдите в тексте утверждения-факты и отделите их от мнений.</w:t>
      </w:r>
    </w:p>
    <w:p w14:paraId="026A405E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2. Сформулируйте 2 критических вопроса по тексту.</w:t>
      </w:r>
    </w:p>
    <w:p w14:paraId="4133F89E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3. Определите возможное противоречие или слабое место.</w:t>
      </w:r>
    </w:p>
    <w:p w14:paraId="01D58E29" w14:textId="77777777" w:rsidR="0035793A" w:rsidRPr="0035793A" w:rsidRDefault="0035793A" w:rsidP="00357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 xml:space="preserve">4. Сгенерируйте 3д  модель любого  города ВШП в приложении </w:t>
      </w:r>
      <w:r w:rsidRPr="009C38BF">
        <w:rPr>
          <w:rFonts w:ascii="Times New Roman" w:hAnsi="Times New Roman" w:cs="Times New Roman"/>
          <w:color w:val="EE0000"/>
          <w:sz w:val="28"/>
          <w:szCs w:val="28"/>
        </w:rPr>
        <w:t>CANVA</w:t>
      </w: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 xml:space="preserve">, закрепите результат на онлайн доску </w:t>
      </w:r>
    </w:p>
    <w:p w14:paraId="78BB6D51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5DC5FF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Группа 5. Религии</w:t>
      </w:r>
    </w:p>
    <w:p w14:paraId="2D81A513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Через ВШП распространялись буддизм, ислам, христианство. Это укрепляло контакты между народами. Но иногда религии становились причиной конфликтов. В одних городах веротерпимость процветала, в других – религиозные войны. Историки спорят, было ли религиозное разнообразие силой или слабостью. Какие уроки для современного мира можно извлечь из этого опыта?</w:t>
      </w:r>
    </w:p>
    <w:p w14:paraId="61A690C8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Задания для группы:</w:t>
      </w:r>
    </w:p>
    <w:p w14:paraId="4E0D426A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1. Найдите в тексте утверждения-факты и отделите их от мнений.</w:t>
      </w:r>
    </w:p>
    <w:p w14:paraId="6DB9BCB7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2. Сформулируйте 2 критических вопроса по тексту.</w:t>
      </w:r>
    </w:p>
    <w:p w14:paraId="09899B04" w14:textId="77777777" w:rsidR="00413374" w:rsidRPr="009C582E" w:rsidRDefault="00413374" w:rsidP="009C58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2E">
        <w:rPr>
          <w:rFonts w:ascii="Times New Roman" w:hAnsi="Times New Roman" w:cs="Times New Roman"/>
          <w:sz w:val="28"/>
          <w:szCs w:val="28"/>
          <w:lang w:val="ru-RU"/>
        </w:rPr>
        <w:t>3. Определите возможное противоречие или слабое место.</w:t>
      </w:r>
    </w:p>
    <w:p w14:paraId="6964F136" w14:textId="61AB4DF9" w:rsidR="006439B5" w:rsidRPr="00C21652" w:rsidRDefault="0035793A" w:rsidP="00C21652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4"/>
          <w:szCs w:val="24"/>
          <w:lang w:val="ru-RU"/>
        </w:rPr>
      </w:pPr>
      <w:r w:rsidRPr="009C38BF">
        <w:rPr>
          <w:rFonts w:ascii="Times New Roman" w:hAnsi="Times New Roman" w:cs="Times New Roman"/>
          <w:color w:val="EE0000"/>
          <w:sz w:val="28"/>
          <w:szCs w:val="28"/>
          <w:lang w:val="ru-RU"/>
        </w:rPr>
        <w:t>4.</w:t>
      </w:r>
      <w:r w:rsidRPr="00C21652">
        <w:rPr>
          <w:rFonts w:ascii="Times New Roman" w:hAnsi="Times New Roman" w:cs="Times New Roman"/>
          <w:color w:val="EE0000"/>
          <w:sz w:val="24"/>
          <w:szCs w:val="24"/>
          <w:lang w:val="ru-RU"/>
        </w:rPr>
        <w:t xml:space="preserve"> Сгенерируйте «эмблему веротерпимости», закрепите результат на онлайн </w:t>
      </w:r>
      <w:bookmarkEnd w:id="1"/>
      <w:r w:rsidRPr="00C2165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60869AED" w14:textId="77777777" w:rsidR="006439B5" w:rsidRPr="00C21652" w:rsidRDefault="00000000" w:rsidP="00C21652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21652">
        <w:rPr>
          <w:rFonts w:ascii="Times New Roman" w:hAnsi="Times New Roman" w:cs="Times New Roman"/>
          <w:color w:val="auto"/>
          <w:sz w:val="24"/>
          <w:szCs w:val="24"/>
        </w:rPr>
        <w:t>Используемые ИИ-сервисы на уроке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14"/>
        <w:gridCol w:w="2714"/>
        <w:gridCol w:w="2714"/>
        <w:gridCol w:w="2714"/>
        <w:gridCol w:w="2044"/>
      </w:tblGrid>
      <w:tr w:rsidR="006439B5" w:rsidRPr="00C21652" w14:paraId="014AAC5F" w14:textId="77777777" w:rsidTr="008A48AE">
        <w:tc>
          <w:tcPr>
            <w:tcW w:w="2714" w:type="dxa"/>
          </w:tcPr>
          <w:p w14:paraId="26F26F09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2714" w:type="dxa"/>
          </w:tcPr>
          <w:p w14:paraId="3D9A6631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Сервис</w:t>
            </w:r>
          </w:p>
        </w:tc>
        <w:tc>
          <w:tcPr>
            <w:tcW w:w="2714" w:type="dxa"/>
          </w:tcPr>
          <w:p w14:paraId="674F28EF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</w:tc>
        <w:tc>
          <w:tcPr>
            <w:tcW w:w="2714" w:type="dxa"/>
          </w:tcPr>
          <w:p w14:paraId="62E24F6F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Продукт / результат</w:t>
            </w:r>
          </w:p>
        </w:tc>
        <w:tc>
          <w:tcPr>
            <w:tcW w:w="2044" w:type="dxa"/>
          </w:tcPr>
          <w:p w14:paraId="1F0E43C5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Навык 4К</w:t>
            </w:r>
          </w:p>
        </w:tc>
      </w:tr>
      <w:tr w:rsidR="006439B5" w:rsidRPr="00C21652" w14:paraId="3A9DA5E2" w14:textId="77777777" w:rsidTr="008A48AE">
        <w:tc>
          <w:tcPr>
            <w:tcW w:w="2714" w:type="dxa"/>
          </w:tcPr>
          <w:p w14:paraId="28C356C9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</w:p>
        </w:tc>
        <w:tc>
          <w:tcPr>
            <w:tcW w:w="2714" w:type="dxa"/>
          </w:tcPr>
          <w:p w14:paraId="68E51F2E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HeyGen</w:t>
            </w:r>
          </w:p>
        </w:tc>
        <w:tc>
          <w:tcPr>
            <w:tcW w:w="2714" w:type="dxa"/>
          </w:tcPr>
          <w:p w14:paraId="38EA1BF7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Видеообращение-вступление</w:t>
            </w:r>
          </w:p>
        </w:tc>
        <w:tc>
          <w:tcPr>
            <w:tcW w:w="2714" w:type="dxa"/>
          </w:tcPr>
          <w:p w14:paraId="083F9246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Визуальное приглашение</w:t>
            </w:r>
          </w:p>
        </w:tc>
        <w:tc>
          <w:tcPr>
            <w:tcW w:w="2044" w:type="dxa"/>
          </w:tcPr>
          <w:p w14:paraId="09DB3C1C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</w:tr>
      <w:tr w:rsidR="006439B5" w:rsidRPr="00C21652" w14:paraId="0B5AD340" w14:textId="77777777" w:rsidTr="008A48AE">
        <w:tc>
          <w:tcPr>
            <w:tcW w:w="2714" w:type="dxa"/>
          </w:tcPr>
          <w:p w14:paraId="4CF1B348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Ворота каравана</w:t>
            </w:r>
          </w:p>
        </w:tc>
        <w:tc>
          <w:tcPr>
            <w:tcW w:w="2714" w:type="dxa"/>
          </w:tcPr>
          <w:p w14:paraId="6F77A560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Google Arts &amp; Culture</w:t>
            </w:r>
          </w:p>
        </w:tc>
        <w:tc>
          <w:tcPr>
            <w:tcW w:w="2714" w:type="dxa"/>
          </w:tcPr>
          <w:p w14:paraId="5C103402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714" w:type="dxa"/>
          </w:tcPr>
          <w:p w14:paraId="74A80C5C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2044" w:type="dxa"/>
          </w:tcPr>
          <w:p w14:paraId="6DEF2B3E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Критическое мышление</w:t>
            </w:r>
          </w:p>
        </w:tc>
      </w:tr>
      <w:tr w:rsidR="006439B5" w:rsidRPr="00C21652" w14:paraId="575226FB" w14:textId="77777777" w:rsidTr="008A48AE">
        <w:tc>
          <w:tcPr>
            <w:tcW w:w="2714" w:type="dxa"/>
          </w:tcPr>
          <w:p w14:paraId="3666FD1E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Станция 1 «Городская площадь»</w:t>
            </w:r>
          </w:p>
        </w:tc>
        <w:tc>
          <w:tcPr>
            <w:tcW w:w="2714" w:type="dxa"/>
          </w:tcPr>
          <w:p w14:paraId="28092A96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ChatGPT / Gemini</w:t>
            </w:r>
          </w:p>
        </w:tc>
        <w:tc>
          <w:tcPr>
            <w:tcW w:w="2714" w:type="dxa"/>
          </w:tcPr>
          <w:p w14:paraId="02B3894C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Создание вопросов и объяснений</w:t>
            </w:r>
          </w:p>
        </w:tc>
        <w:tc>
          <w:tcPr>
            <w:tcW w:w="2714" w:type="dxa"/>
          </w:tcPr>
          <w:p w14:paraId="3CA6E30E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Мини-вывод</w:t>
            </w:r>
          </w:p>
        </w:tc>
        <w:tc>
          <w:tcPr>
            <w:tcW w:w="2044" w:type="dxa"/>
          </w:tcPr>
          <w:p w14:paraId="69615DA3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Критическое мышление</w:t>
            </w:r>
          </w:p>
        </w:tc>
      </w:tr>
      <w:tr w:rsidR="006439B5" w:rsidRPr="00C21652" w14:paraId="7DF888BE" w14:textId="77777777" w:rsidTr="008A48AE">
        <w:tc>
          <w:tcPr>
            <w:tcW w:w="2714" w:type="dxa"/>
          </w:tcPr>
          <w:p w14:paraId="05AE5330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Станция 1 (доп.)</w:t>
            </w:r>
          </w:p>
        </w:tc>
        <w:tc>
          <w:tcPr>
            <w:tcW w:w="2714" w:type="dxa"/>
          </w:tcPr>
          <w:p w14:paraId="0BBA106A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Leonardo.ai / Bing / Canva 3D</w:t>
            </w:r>
          </w:p>
        </w:tc>
        <w:tc>
          <w:tcPr>
            <w:tcW w:w="2714" w:type="dxa"/>
          </w:tcPr>
          <w:p w14:paraId="7C1459EB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Генерация изображений и моделей</w:t>
            </w:r>
          </w:p>
        </w:tc>
        <w:tc>
          <w:tcPr>
            <w:tcW w:w="2714" w:type="dxa"/>
          </w:tcPr>
          <w:p w14:paraId="33CA7B0B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Визуальный контент</w:t>
            </w:r>
          </w:p>
        </w:tc>
        <w:tc>
          <w:tcPr>
            <w:tcW w:w="2044" w:type="dxa"/>
          </w:tcPr>
          <w:p w14:paraId="79DF1368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</w:tr>
      <w:tr w:rsidR="006439B5" w:rsidRPr="00C21652" w14:paraId="7C778040" w14:textId="77777777" w:rsidTr="008A48AE">
        <w:tc>
          <w:tcPr>
            <w:tcW w:w="2714" w:type="dxa"/>
          </w:tcPr>
          <w:p w14:paraId="42A2ECEA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Станция 2 «Торговая площадь»</w:t>
            </w:r>
          </w:p>
        </w:tc>
        <w:tc>
          <w:tcPr>
            <w:tcW w:w="2714" w:type="dxa"/>
          </w:tcPr>
          <w:p w14:paraId="7F67ABA4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Quizizz</w:t>
            </w:r>
          </w:p>
        </w:tc>
        <w:tc>
          <w:tcPr>
            <w:tcW w:w="2714" w:type="dxa"/>
          </w:tcPr>
          <w:p w14:paraId="47309C3A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Мини-викторины</w:t>
            </w:r>
          </w:p>
        </w:tc>
        <w:tc>
          <w:tcPr>
            <w:tcW w:w="2714" w:type="dxa"/>
          </w:tcPr>
          <w:p w14:paraId="2EE63B68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Баллы за ответы</w:t>
            </w:r>
          </w:p>
        </w:tc>
        <w:tc>
          <w:tcPr>
            <w:tcW w:w="2044" w:type="dxa"/>
          </w:tcPr>
          <w:p w14:paraId="5181D28E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</w:tr>
      <w:tr w:rsidR="006439B5" w:rsidRPr="00C21652" w14:paraId="2EEEC0D5" w14:textId="77777777" w:rsidTr="008A48AE">
        <w:tc>
          <w:tcPr>
            <w:tcW w:w="2714" w:type="dxa"/>
          </w:tcPr>
          <w:p w14:paraId="0F802252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Станция 3 «Картограф»</w:t>
            </w:r>
          </w:p>
        </w:tc>
        <w:tc>
          <w:tcPr>
            <w:tcW w:w="2714" w:type="dxa"/>
          </w:tcPr>
          <w:p w14:paraId="41B15C0F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Google Maps / Canva Map</w:t>
            </w:r>
          </w:p>
        </w:tc>
        <w:tc>
          <w:tcPr>
            <w:tcW w:w="2714" w:type="dxa"/>
          </w:tcPr>
          <w:p w14:paraId="4C259519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Создание карты маршрута</w:t>
            </w:r>
          </w:p>
        </w:tc>
        <w:tc>
          <w:tcPr>
            <w:tcW w:w="2714" w:type="dxa"/>
          </w:tcPr>
          <w:p w14:paraId="58D5BE44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Карта-проект</w:t>
            </w:r>
          </w:p>
        </w:tc>
        <w:tc>
          <w:tcPr>
            <w:tcW w:w="2044" w:type="dxa"/>
          </w:tcPr>
          <w:p w14:paraId="1AF11CE8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Кооперация</w:t>
            </w:r>
          </w:p>
        </w:tc>
      </w:tr>
      <w:tr w:rsidR="006439B5" w:rsidRPr="00C21652" w14:paraId="5D6BE21E" w14:textId="77777777" w:rsidTr="008A48AE">
        <w:tc>
          <w:tcPr>
            <w:tcW w:w="2714" w:type="dxa"/>
          </w:tcPr>
          <w:p w14:paraId="186868F9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Станция 4 «Знак времени»</w:t>
            </w:r>
          </w:p>
        </w:tc>
        <w:tc>
          <w:tcPr>
            <w:tcW w:w="2714" w:type="dxa"/>
          </w:tcPr>
          <w:p w14:paraId="788FD7C5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Canva / Padlet</w:t>
            </w:r>
          </w:p>
        </w:tc>
        <w:tc>
          <w:tcPr>
            <w:tcW w:w="2714" w:type="dxa"/>
          </w:tcPr>
          <w:p w14:paraId="41558D10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Создание символа</w:t>
            </w:r>
          </w:p>
        </w:tc>
        <w:tc>
          <w:tcPr>
            <w:tcW w:w="2714" w:type="dxa"/>
          </w:tcPr>
          <w:p w14:paraId="0A117941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Коллективный плакат</w:t>
            </w:r>
          </w:p>
        </w:tc>
        <w:tc>
          <w:tcPr>
            <w:tcW w:w="2044" w:type="dxa"/>
          </w:tcPr>
          <w:p w14:paraId="5B656F4E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</w:tr>
      <w:tr w:rsidR="006439B5" w:rsidRPr="00C21652" w14:paraId="6ECABBD5" w14:textId="77777777" w:rsidTr="008A48AE">
        <w:tc>
          <w:tcPr>
            <w:tcW w:w="2714" w:type="dxa"/>
          </w:tcPr>
          <w:p w14:paraId="0ECE907D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Итоговый этап</w:t>
            </w:r>
          </w:p>
        </w:tc>
        <w:tc>
          <w:tcPr>
            <w:tcW w:w="2714" w:type="dxa"/>
          </w:tcPr>
          <w:p w14:paraId="2589BAFE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Canva Board / Padlet</w:t>
            </w:r>
          </w:p>
        </w:tc>
        <w:tc>
          <w:tcPr>
            <w:tcW w:w="2714" w:type="dxa"/>
          </w:tcPr>
          <w:p w14:paraId="2FD762DD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  <w:tc>
          <w:tcPr>
            <w:tcW w:w="2714" w:type="dxa"/>
          </w:tcPr>
          <w:p w14:paraId="74F881C9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Карта достижений</w:t>
            </w:r>
          </w:p>
        </w:tc>
        <w:tc>
          <w:tcPr>
            <w:tcW w:w="2044" w:type="dxa"/>
          </w:tcPr>
          <w:p w14:paraId="7C98037D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Кооперация</w:t>
            </w:r>
          </w:p>
        </w:tc>
      </w:tr>
      <w:tr w:rsidR="006439B5" w:rsidRPr="00C21652" w14:paraId="7A0724D7" w14:textId="77777777" w:rsidTr="008A48AE">
        <w:tc>
          <w:tcPr>
            <w:tcW w:w="2714" w:type="dxa"/>
          </w:tcPr>
          <w:p w14:paraId="7294CA18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714" w:type="dxa"/>
          </w:tcPr>
          <w:p w14:paraId="5119F454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ChatGPT / Canva Magic Write</w:t>
            </w:r>
          </w:p>
        </w:tc>
        <w:tc>
          <w:tcPr>
            <w:tcW w:w="2714" w:type="dxa"/>
          </w:tcPr>
          <w:p w14:paraId="6BBF0CDC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Создание мини-эссе</w:t>
            </w:r>
          </w:p>
        </w:tc>
        <w:tc>
          <w:tcPr>
            <w:tcW w:w="2714" w:type="dxa"/>
          </w:tcPr>
          <w:p w14:paraId="1B5D45AA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Текст-рефлексия</w:t>
            </w:r>
          </w:p>
        </w:tc>
        <w:tc>
          <w:tcPr>
            <w:tcW w:w="2044" w:type="dxa"/>
          </w:tcPr>
          <w:p w14:paraId="64465A68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Критическое мышление</w:t>
            </w:r>
          </w:p>
        </w:tc>
      </w:tr>
      <w:tr w:rsidR="006439B5" w:rsidRPr="00C21652" w14:paraId="43DB05FD" w14:textId="77777777" w:rsidTr="008A48AE">
        <w:tc>
          <w:tcPr>
            <w:tcW w:w="2714" w:type="dxa"/>
          </w:tcPr>
          <w:p w14:paraId="7F1D3CDE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Итоговый отчёт</w:t>
            </w:r>
          </w:p>
        </w:tc>
        <w:tc>
          <w:tcPr>
            <w:tcW w:w="2714" w:type="dxa"/>
          </w:tcPr>
          <w:p w14:paraId="1FB51F17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Pika Labs / HeyGen</w:t>
            </w:r>
          </w:p>
        </w:tc>
        <w:tc>
          <w:tcPr>
            <w:tcW w:w="2714" w:type="dxa"/>
          </w:tcPr>
          <w:p w14:paraId="02767460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Видео-рефлексия</w:t>
            </w:r>
          </w:p>
        </w:tc>
        <w:tc>
          <w:tcPr>
            <w:tcW w:w="2714" w:type="dxa"/>
          </w:tcPr>
          <w:p w14:paraId="155B3123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Итоговый ролик</w:t>
            </w:r>
          </w:p>
        </w:tc>
        <w:tc>
          <w:tcPr>
            <w:tcW w:w="2044" w:type="dxa"/>
          </w:tcPr>
          <w:p w14:paraId="6678D046" w14:textId="77777777" w:rsidR="006439B5" w:rsidRPr="00C21652" w:rsidRDefault="00000000" w:rsidP="00C21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652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</w:tr>
    </w:tbl>
    <w:p w14:paraId="44819EB7" w14:textId="77777777" w:rsidR="00023AE0" w:rsidRDefault="00023AE0">
      <w:pPr>
        <w:rPr>
          <w:lang w:val="ru-RU"/>
        </w:rPr>
      </w:pPr>
    </w:p>
    <w:p w14:paraId="295720A6" w14:textId="77777777" w:rsidR="00C21652" w:rsidRDefault="00C21652">
      <w:pPr>
        <w:rPr>
          <w:lang w:val="ru-RU"/>
        </w:rPr>
      </w:pPr>
    </w:p>
    <w:p w14:paraId="35158109" w14:textId="77777777" w:rsidR="00C21652" w:rsidRDefault="00C21652">
      <w:pPr>
        <w:rPr>
          <w:lang w:val="ru-RU"/>
        </w:rPr>
      </w:pPr>
    </w:p>
    <w:p w14:paraId="54C5F80E" w14:textId="77777777" w:rsidR="00C21652" w:rsidRDefault="00C21652">
      <w:pPr>
        <w:rPr>
          <w:lang w:val="ru-RU"/>
        </w:rPr>
      </w:pPr>
    </w:p>
    <w:p w14:paraId="6773B35F" w14:textId="77777777" w:rsidR="00C21652" w:rsidRDefault="00C21652">
      <w:pPr>
        <w:rPr>
          <w:lang w:val="ru-RU"/>
        </w:rPr>
      </w:pPr>
    </w:p>
    <w:p w14:paraId="2D224120" w14:textId="77777777" w:rsidR="00C21652" w:rsidRDefault="00C21652">
      <w:pPr>
        <w:rPr>
          <w:lang w:val="ru-RU"/>
        </w:rPr>
      </w:pPr>
    </w:p>
    <w:p w14:paraId="4519013C" w14:textId="77777777" w:rsidR="00C21652" w:rsidRDefault="00C21652">
      <w:pPr>
        <w:rPr>
          <w:lang w:val="ru-RU"/>
        </w:rPr>
      </w:pPr>
    </w:p>
    <w:p w14:paraId="24772D3C" w14:textId="77777777" w:rsidR="00C21652" w:rsidRPr="00C21652" w:rsidRDefault="00C21652">
      <w:pPr>
        <w:rPr>
          <w:lang w:val="ru-RU"/>
        </w:rPr>
      </w:pPr>
    </w:p>
    <w:sectPr w:rsidR="00C21652" w:rsidRPr="00C21652" w:rsidSect="009C582E">
      <w:pgSz w:w="15840" w:h="12240" w:orient="landscape"/>
      <w:pgMar w:top="1418" w:right="851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57741C"/>
    <w:multiLevelType w:val="hybridMultilevel"/>
    <w:tmpl w:val="58FE7C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D30494"/>
    <w:multiLevelType w:val="multilevel"/>
    <w:tmpl w:val="B35A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009105">
    <w:abstractNumId w:val="8"/>
  </w:num>
  <w:num w:numId="2" w16cid:durableId="1069184221">
    <w:abstractNumId w:val="6"/>
  </w:num>
  <w:num w:numId="3" w16cid:durableId="1944413486">
    <w:abstractNumId w:val="5"/>
  </w:num>
  <w:num w:numId="4" w16cid:durableId="1567104409">
    <w:abstractNumId w:val="4"/>
  </w:num>
  <w:num w:numId="5" w16cid:durableId="1584996770">
    <w:abstractNumId w:val="7"/>
  </w:num>
  <w:num w:numId="6" w16cid:durableId="1793935466">
    <w:abstractNumId w:val="3"/>
  </w:num>
  <w:num w:numId="7" w16cid:durableId="202527607">
    <w:abstractNumId w:val="2"/>
  </w:num>
  <w:num w:numId="8" w16cid:durableId="2035228506">
    <w:abstractNumId w:val="1"/>
  </w:num>
  <w:num w:numId="9" w16cid:durableId="1152605170">
    <w:abstractNumId w:val="0"/>
  </w:num>
  <w:num w:numId="10" w16cid:durableId="478808832">
    <w:abstractNumId w:val="10"/>
  </w:num>
  <w:num w:numId="11" w16cid:durableId="18678659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7888"/>
    <w:rsid w:val="00023AE0"/>
    <w:rsid w:val="00034616"/>
    <w:rsid w:val="0006063C"/>
    <w:rsid w:val="0009735B"/>
    <w:rsid w:val="000E1407"/>
    <w:rsid w:val="000F3C1A"/>
    <w:rsid w:val="000F6C46"/>
    <w:rsid w:val="0015074B"/>
    <w:rsid w:val="001E2089"/>
    <w:rsid w:val="0023301D"/>
    <w:rsid w:val="00237049"/>
    <w:rsid w:val="0029639D"/>
    <w:rsid w:val="002D1595"/>
    <w:rsid w:val="002D7F59"/>
    <w:rsid w:val="00326F90"/>
    <w:rsid w:val="0035793A"/>
    <w:rsid w:val="0038689F"/>
    <w:rsid w:val="003B6480"/>
    <w:rsid w:val="003C7F06"/>
    <w:rsid w:val="00407914"/>
    <w:rsid w:val="00413374"/>
    <w:rsid w:val="00445ED0"/>
    <w:rsid w:val="00527778"/>
    <w:rsid w:val="00625488"/>
    <w:rsid w:val="00632DB8"/>
    <w:rsid w:val="006439B5"/>
    <w:rsid w:val="00644F11"/>
    <w:rsid w:val="00667B7E"/>
    <w:rsid w:val="00685D54"/>
    <w:rsid w:val="00702A70"/>
    <w:rsid w:val="00797A5D"/>
    <w:rsid w:val="007A70EA"/>
    <w:rsid w:val="007B0A57"/>
    <w:rsid w:val="007F1A83"/>
    <w:rsid w:val="00871037"/>
    <w:rsid w:val="008A48AE"/>
    <w:rsid w:val="008E7094"/>
    <w:rsid w:val="009C38BF"/>
    <w:rsid w:val="009C582E"/>
    <w:rsid w:val="009D794F"/>
    <w:rsid w:val="00A621A6"/>
    <w:rsid w:val="00AA1D8D"/>
    <w:rsid w:val="00B47730"/>
    <w:rsid w:val="00B926BE"/>
    <w:rsid w:val="00C21652"/>
    <w:rsid w:val="00CB0664"/>
    <w:rsid w:val="00CC5688"/>
    <w:rsid w:val="00D041E8"/>
    <w:rsid w:val="00D25588"/>
    <w:rsid w:val="00DD3CD5"/>
    <w:rsid w:val="00E86B9A"/>
    <w:rsid w:val="00F059B3"/>
    <w:rsid w:val="00F506A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613635"/>
  <w14:defaultImageDpi w14:val="300"/>
  <w15:docId w15:val="{BB841A42-E00D-4733-A3AE-227FCEFD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Normal (Web)"/>
    <w:basedOn w:val="a1"/>
    <w:uiPriority w:val="99"/>
    <w:semiHidden/>
    <w:unhideWhenUsed/>
    <w:rsid w:val="001E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styleId="aff9">
    <w:name w:val="Hyperlink"/>
    <w:basedOn w:val="a2"/>
    <w:uiPriority w:val="99"/>
    <w:unhideWhenUsed/>
    <w:rsid w:val="00D25588"/>
    <w:rPr>
      <w:color w:val="0000FF" w:themeColor="hyperlink"/>
      <w:u w:val="single"/>
    </w:rPr>
  </w:style>
  <w:style w:type="character" w:styleId="affa">
    <w:name w:val="Unresolved Mention"/>
    <w:basedOn w:val="a2"/>
    <w:uiPriority w:val="99"/>
    <w:semiHidden/>
    <w:unhideWhenUsed/>
    <w:rsid w:val="00D25588"/>
    <w:rPr>
      <w:color w:val="605E5C"/>
      <w:shd w:val="clear" w:color="auto" w:fill="E1DFDD"/>
    </w:rPr>
  </w:style>
  <w:style w:type="character" w:styleId="affb">
    <w:name w:val="FollowedHyperlink"/>
    <w:basedOn w:val="a2"/>
    <w:uiPriority w:val="99"/>
    <w:semiHidden/>
    <w:unhideWhenUsed/>
    <w:rsid w:val="00632D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heygen.com/" TargetMode="External"/><Relationship Id="rId13" Type="http://schemas.openxmlformats.org/officeDocument/2006/relationships/hyperlink" Target="https://www.youtube.com/watch?v=kMsAiNqarB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bestmaps.ru/map/google/hybrid/5/31.173/92.92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canva.com/design/DAGx5f725d0/KG08jcNatoQZwS-51_G-tQ/edit?utm_content=DAGx5f725d0&amp;utm_campaign=designshare&amp;utm_medium=link2&amp;utm_source=sharebutton" TargetMode="External"/><Relationship Id="rId14" Type="http://schemas.openxmlformats.org/officeDocument/2006/relationships/hyperlink" Target="https://www.canva.com/design/DAG3YjE6zec/DPP6OJGmxTUWQtcE_KW4uA/edit?utm_content=DAG3YjE6zec&amp;utm_campaign=designshare&amp;utm_medium=link2&amp;utm_source=sharebut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2132</Words>
  <Characters>12154</Characters>
  <Application>Microsoft Office Word</Application>
  <DocSecurity>0</DocSecurity>
  <Lines>101</Lines>
  <Paragraphs>28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Используемые ИИ-сервисы на уроке</vt:lpstr>
      <vt:lpstr/>
    </vt:vector>
  </TitlesOfParts>
  <Manager/>
  <Company/>
  <LinksUpToDate>false</LinksUpToDate>
  <CharactersWithSpaces>14258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Е Б</cp:lastModifiedBy>
  <cp:revision>8</cp:revision>
  <dcterms:created xsi:type="dcterms:W3CDTF">2025-10-31T20:26:00Z</dcterms:created>
  <dcterms:modified xsi:type="dcterms:W3CDTF">2025-11-09T19:43:00Z</dcterms:modified>
  <cp:category/>
</cp:coreProperties>
</file>