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EE" w:rsidRPr="00F70524" w:rsidRDefault="00772E72" w:rsidP="00F70524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 w:rsidRPr="00F70524">
        <w:rPr>
          <w:rFonts w:ascii="Times New Roman" w:hAnsi="Times New Roman" w:cs="Times New Roman"/>
          <w:color w:val="auto"/>
          <w:lang w:val="ru-RU"/>
        </w:rPr>
        <w:t>ПРОТОКОЛ</w:t>
      </w:r>
      <w:r w:rsidR="00F70524">
        <w:rPr>
          <w:rFonts w:ascii="Times New Roman" w:hAnsi="Times New Roman" w:cs="Times New Roman"/>
          <w:color w:val="auto"/>
          <w:lang w:val="ru-RU"/>
        </w:rPr>
        <w:t xml:space="preserve"> № 1</w:t>
      </w:r>
      <w:r w:rsidRPr="00F70524">
        <w:rPr>
          <w:rFonts w:ascii="Times New Roman" w:hAnsi="Times New Roman" w:cs="Times New Roman"/>
          <w:color w:val="auto"/>
          <w:lang w:val="ru-RU"/>
        </w:rPr>
        <w:br/>
        <w:t>общешкольного родительского собрания</w:t>
      </w:r>
      <w:r w:rsidR="00F70524">
        <w:rPr>
          <w:rFonts w:ascii="Times New Roman" w:hAnsi="Times New Roman" w:cs="Times New Roman"/>
          <w:color w:val="auto"/>
          <w:lang w:val="ru-RU"/>
        </w:rPr>
        <w:t xml:space="preserve"> КГУ «ООШ села </w:t>
      </w:r>
      <w:proofErr w:type="spellStart"/>
      <w:r w:rsidR="00F70524">
        <w:rPr>
          <w:rFonts w:ascii="Times New Roman" w:hAnsi="Times New Roman" w:cs="Times New Roman"/>
          <w:color w:val="auto"/>
          <w:lang w:val="ru-RU"/>
        </w:rPr>
        <w:t>Енбекшильдерское</w:t>
      </w:r>
      <w:proofErr w:type="spellEnd"/>
      <w:r w:rsidR="00F70524">
        <w:rPr>
          <w:rFonts w:ascii="Times New Roman" w:hAnsi="Times New Roman" w:cs="Times New Roman"/>
          <w:color w:val="auto"/>
          <w:lang w:val="ru-RU"/>
        </w:rPr>
        <w:t>»</w:t>
      </w:r>
    </w:p>
    <w:p w:rsidR="009F59EE" w:rsidRDefault="00772E72" w:rsidP="00772E72"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Тема: «</w:t>
      </w:r>
      <w:proofErr w:type="spellStart"/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Буллинг</w:t>
      </w:r>
      <w:proofErr w:type="spellEnd"/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</w:t>
      </w:r>
      <w:proofErr w:type="spellStart"/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кибербуллинг</w:t>
      </w:r>
      <w:proofErr w:type="spellEnd"/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профилактика и </w:t>
      </w:r>
      <w:proofErr w:type="gramStart"/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ответственность»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Дата</w:t>
      </w:r>
      <w:proofErr w:type="gramEnd"/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проведе</w:t>
      </w:r>
      <w:r w:rsidR="00F70524" w:rsidRPr="00F70524">
        <w:rPr>
          <w:rFonts w:ascii="Times New Roman" w:hAnsi="Times New Roman" w:cs="Times New Roman"/>
          <w:b/>
          <w:sz w:val="28"/>
          <w:szCs w:val="28"/>
          <w:lang w:val="ru-RU"/>
        </w:rPr>
        <w:t>ния:</w:t>
      </w:r>
      <w:r w:rsidR="00F70524">
        <w:rPr>
          <w:rFonts w:ascii="Times New Roman" w:hAnsi="Times New Roman" w:cs="Times New Roman"/>
          <w:sz w:val="28"/>
          <w:szCs w:val="28"/>
          <w:lang w:val="ru-RU"/>
        </w:rPr>
        <w:t xml:space="preserve"> 26.09.2025 г.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Место провед</w:t>
      </w:r>
      <w:r w:rsidR="00F70524" w:rsidRPr="00F70524">
        <w:rPr>
          <w:rFonts w:ascii="Times New Roman" w:hAnsi="Times New Roman" w:cs="Times New Roman"/>
          <w:b/>
          <w:sz w:val="28"/>
          <w:szCs w:val="28"/>
          <w:lang w:val="ru-RU"/>
        </w:rPr>
        <w:t>ения:</w:t>
      </w:r>
      <w:r w:rsidR="00F70524">
        <w:rPr>
          <w:rFonts w:ascii="Times New Roman" w:hAnsi="Times New Roman" w:cs="Times New Roman"/>
          <w:sz w:val="28"/>
          <w:szCs w:val="28"/>
          <w:lang w:val="ru-RU"/>
        </w:rPr>
        <w:t xml:space="preserve"> Актовый зал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Присутствовали: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администрация школы, классные 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>руководители, родители обучающихся.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="00F70524" w:rsidRPr="00F705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</w:t>
      </w:r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Повестка дня:</w:t>
      </w:r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1. Понятие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кибербуллинга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>, их признаки и последствия.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  <w:t xml:space="preserve">2. Роль семьи и школы в профилактике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  <w:t>3. Ответственность родителей и обучающихся.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b/>
          <w:sz w:val="28"/>
          <w:szCs w:val="28"/>
          <w:lang w:val="ru-RU"/>
        </w:rPr>
        <w:t>СЛУШАЛИ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  <w:t xml:space="preserve">1. </w:t>
      </w:r>
      <w:r w:rsidR="00F70524">
        <w:rPr>
          <w:rFonts w:ascii="Times New Roman" w:hAnsi="Times New Roman" w:cs="Times New Roman"/>
          <w:sz w:val="28"/>
          <w:lang w:val="kk-KZ"/>
        </w:rPr>
        <w:t xml:space="preserve">По первому вопросу выступил </w:t>
      </w:r>
      <w:r w:rsidR="00F7052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>аместителя директора по воспитательн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ой работе </w:t>
      </w:r>
      <w:proofErr w:type="spellStart"/>
      <w:r w:rsidR="00F70524">
        <w:rPr>
          <w:rFonts w:ascii="Times New Roman" w:hAnsi="Times New Roman" w:cs="Times New Roman"/>
          <w:sz w:val="28"/>
          <w:szCs w:val="28"/>
          <w:lang w:val="ru-RU"/>
        </w:rPr>
        <w:t>Салыкова</w:t>
      </w:r>
      <w:proofErr w:type="spellEnd"/>
      <w:r w:rsidR="00F70524">
        <w:rPr>
          <w:rFonts w:ascii="Times New Roman" w:hAnsi="Times New Roman" w:cs="Times New Roman"/>
          <w:sz w:val="28"/>
          <w:szCs w:val="28"/>
          <w:lang w:val="ru-RU"/>
        </w:rPr>
        <w:t xml:space="preserve"> З.Б. -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о понятии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кибербуллинга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>, их видах, причинах возникновения и послед</w:t>
      </w:r>
      <w:r w:rsidR="00F70524">
        <w:rPr>
          <w:rFonts w:ascii="Times New Roman" w:hAnsi="Times New Roman" w:cs="Times New Roman"/>
          <w:sz w:val="28"/>
          <w:szCs w:val="28"/>
          <w:lang w:val="ru-RU"/>
        </w:rPr>
        <w:t>ствиях.</w:t>
      </w:r>
      <w:r w:rsid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="00F70524">
        <w:rPr>
          <w:rFonts w:ascii="Times New Roman" w:hAnsi="Times New Roman" w:cs="Times New Roman"/>
          <w:sz w:val="28"/>
          <w:szCs w:val="28"/>
          <w:lang w:val="ru-RU"/>
        </w:rPr>
        <w:br/>
        <w:t xml:space="preserve">2. </w:t>
      </w:r>
      <w:r w:rsidR="00F70524">
        <w:rPr>
          <w:rFonts w:ascii="Times New Roman" w:hAnsi="Times New Roman" w:cs="Times New Roman"/>
          <w:sz w:val="28"/>
          <w:lang w:val="kk-KZ"/>
        </w:rPr>
        <w:t xml:space="preserve">По второму вопросу выступила </w:t>
      </w:r>
      <w:r w:rsidR="00F70524">
        <w:rPr>
          <w:rFonts w:ascii="Times New Roman" w:hAnsi="Times New Roman" w:cs="Times New Roman"/>
          <w:sz w:val="28"/>
          <w:szCs w:val="28"/>
          <w:lang w:val="ru-RU"/>
        </w:rPr>
        <w:t xml:space="preserve">педагога-психолога </w:t>
      </w:r>
      <w:proofErr w:type="spellStart"/>
      <w:r w:rsidR="00F70524">
        <w:rPr>
          <w:rFonts w:ascii="Times New Roman" w:hAnsi="Times New Roman" w:cs="Times New Roman"/>
          <w:sz w:val="28"/>
          <w:szCs w:val="28"/>
          <w:lang w:val="ru-RU"/>
        </w:rPr>
        <w:t>Урманова</w:t>
      </w:r>
      <w:proofErr w:type="spellEnd"/>
      <w:r w:rsidR="00F70524">
        <w:rPr>
          <w:rFonts w:ascii="Times New Roman" w:hAnsi="Times New Roman" w:cs="Times New Roman"/>
          <w:sz w:val="28"/>
          <w:szCs w:val="28"/>
          <w:lang w:val="ru-RU"/>
        </w:rPr>
        <w:t xml:space="preserve"> К.Г. -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о признаках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вовлечённости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детей в ситуации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и методах профилактики.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72E72">
        <w:rPr>
          <w:rFonts w:ascii="Times New Roman" w:hAnsi="Times New Roman" w:cs="Times New Roman"/>
          <w:b/>
          <w:sz w:val="28"/>
          <w:szCs w:val="28"/>
          <w:lang w:val="ru-RU"/>
        </w:rPr>
        <w:t>ВЫСТУПИЛИ:</w:t>
      </w:r>
      <w:r w:rsidRPr="00772E7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>Родители обучающихся с вопросами и предложения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t>ми.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72E72">
        <w:rPr>
          <w:rFonts w:ascii="Times New Roman" w:hAnsi="Times New Roman" w:cs="Times New Roman"/>
          <w:b/>
          <w:sz w:val="28"/>
          <w:szCs w:val="28"/>
          <w:lang w:val="ru-RU"/>
        </w:rPr>
        <w:t>ПОСТАНОВИЛИ: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  <w:t xml:space="preserve">1. Усилить профилактическую работу по предупреждению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F70524">
        <w:rPr>
          <w:rFonts w:ascii="Times New Roman" w:hAnsi="Times New Roman" w:cs="Times New Roman"/>
          <w:sz w:val="28"/>
          <w:szCs w:val="28"/>
          <w:lang w:val="ru-RU"/>
        </w:rPr>
        <w:t>кибербуллинга</w:t>
      </w:r>
      <w:proofErr w:type="spellEnd"/>
      <w:r w:rsidRPr="00F705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  <w:t>2. Проводить разъяснительные беседы о безопасном поведении в сети Интернет.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  <w:t>3. Активизировать взаимодействие школы и родителей.</w:t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70524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F70524">
        <w:rPr>
          <w:rFonts w:ascii="Times New Roman" w:hAnsi="Times New Roman" w:cs="Times New Roman"/>
          <w:sz w:val="28"/>
          <w:szCs w:val="28"/>
        </w:rPr>
        <w:t>Председатель</w:t>
      </w:r>
      <w:proofErr w:type="spellEnd"/>
      <w:r w:rsidRPr="00F70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524">
        <w:rPr>
          <w:rFonts w:ascii="Times New Roman" w:hAnsi="Times New Roman" w:cs="Times New Roman"/>
          <w:sz w:val="28"/>
          <w:szCs w:val="28"/>
        </w:rPr>
        <w:t>собрания</w:t>
      </w:r>
      <w:proofErr w:type="spellEnd"/>
      <w:r w:rsidRPr="00F70524">
        <w:rPr>
          <w:rFonts w:ascii="Times New Roman" w:hAnsi="Times New Roman" w:cs="Times New Roman"/>
          <w:sz w:val="28"/>
          <w:szCs w:val="28"/>
        </w:rPr>
        <w:t>: _______</w:t>
      </w:r>
      <w:r w:rsidRPr="00F70524">
        <w:rPr>
          <w:rFonts w:ascii="Times New Roman" w:hAnsi="Times New Roman" w:cs="Times New Roman"/>
          <w:sz w:val="28"/>
          <w:szCs w:val="28"/>
        </w:rPr>
        <w:t>________________ /______________/</w:t>
      </w:r>
      <w:bookmarkStart w:id="0" w:name="_GoBack"/>
      <w:bookmarkEnd w:id="0"/>
      <w:r w:rsidRPr="00F70524">
        <w:rPr>
          <w:rFonts w:ascii="Times New Roman" w:hAnsi="Times New Roman" w:cs="Times New Roman"/>
          <w:sz w:val="28"/>
          <w:szCs w:val="28"/>
        </w:rPr>
        <w:br/>
      </w:r>
      <w:r w:rsidRPr="00F70524">
        <w:rPr>
          <w:rFonts w:ascii="Times New Roman" w:hAnsi="Times New Roman" w:cs="Times New Roman"/>
          <w:sz w:val="28"/>
          <w:szCs w:val="28"/>
        </w:rPr>
        <w:br/>
        <w:t>Секретарь собрания: __________________________ /____________</w:t>
      </w:r>
      <w:r>
        <w:rPr>
          <w:sz w:val="24"/>
        </w:rPr>
        <w:t>__/</w:t>
      </w:r>
    </w:p>
    <w:sectPr w:rsidR="009F59EE" w:rsidSect="00F70524">
      <w:pgSz w:w="12240" w:h="15840"/>
      <w:pgMar w:top="709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2E72"/>
    <w:rsid w:val="009F59EE"/>
    <w:rsid w:val="00AA1D8D"/>
    <w:rsid w:val="00B47730"/>
    <w:rsid w:val="00CB0664"/>
    <w:rsid w:val="00F705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ABB10E7-DEFC-4FDE-A18E-1E1B430E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1ADE4-3C96-4118-AE9A-1479ACC1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Заулем</cp:lastModifiedBy>
  <cp:revision>2</cp:revision>
  <dcterms:created xsi:type="dcterms:W3CDTF">2026-02-03T18:05:00Z</dcterms:created>
  <dcterms:modified xsi:type="dcterms:W3CDTF">2026-02-03T18:05:00Z</dcterms:modified>
  <cp:category/>
</cp:coreProperties>
</file>